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EF393" w14:textId="77777777" w:rsidR="00EA54D8" w:rsidRPr="00277D72" w:rsidRDefault="003763C5">
      <w:pPr>
        <w:pStyle w:val="Balk2"/>
        <w:rPr>
          <w:rFonts w:ascii="Times New Roman" w:hAnsi="Times New Roman" w:cs="Times New Roman"/>
          <w:lang w:val="tr-TR"/>
        </w:rPr>
      </w:pPr>
      <w:r w:rsidRPr="00277D72">
        <w:rPr>
          <w:rFonts w:ascii="Times New Roman" w:hAnsi="Times New Roman" w:cs="Times New Roman"/>
          <w:lang w:val="tr-TR"/>
        </w:rPr>
        <w:t>A. Genel Bilgiler</w:t>
      </w:r>
    </w:p>
    <w:tbl>
      <w:tblPr>
        <w:tblStyle w:val="TabloKlavuzu"/>
        <w:tblW w:w="9766" w:type="dxa"/>
        <w:tblInd w:w="-176" w:type="dxa"/>
        <w:tblLook w:val="04A0" w:firstRow="1" w:lastRow="0" w:firstColumn="1" w:lastColumn="0" w:noHBand="0" w:noVBand="1"/>
      </w:tblPr>
      <w:tblGrid>
        <w:gridCol w:w="4971"/>
        <w:gridCol w:w="4795"/>
      </w:tblGrid>
      <w:tr w:rsidR="00EA54D8" w:rsidRPr="003A6BDE" w14:paraId="31F06820" w14:textId="77777777" w:rsidTr="00277D72">
        <w:trPr>
          <w:trHeight w:val="372"/>
        </w:trPr>
        <w:tc>
          <w:tcPr>
            <w:tcW w:w="4971" w:type="dxa"/>
          </w:tcPr>
          <w:p w14:paraId="0983160A" w14:textId="03FB7923" w:rsidR="00277D72" w:rsidRPr="003A6BDE" w:rsidRDefault="003763C5" w:rsidP="00F1457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Birim Adı</w:t>
            </w:r>
          </w:p>
        </w:tc>
        <w:tc>
          <w:tcPr>
            <w:tcW w:w="4795" w:type="dxa"/>
          </w:tcPr>
          <w:p w14:paraId="04F123A0" w14:textId="77777777" w:rsidR="00EA54D8" w:rsidRPr="003A6BDE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A54D8" w:rsidRPr="003A6BDE" w14:paraId="5C683C23" w14:textId="77777777" w:rsidTr="00277D72">
        <w:trPr>
          <w:trHeight w:val="372"/>
        </w:trPr>
        <w:tc>
          <w:tcPr>
            <w:tcW w:w="4971" w:type="dxa"/>
          </w:tcPr>
          <w:p w14:paraId="6ED75389" w14:textId="460E7AFE" w:rsidR="00EA54D8" w:rsidRPr="003A6BDE" w:rsidRDefault="00B22E51" w:rsidP="00F1457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Değerlendirme Tarihi / Dönemi</w:t>
            </w:r>
          </w:p>
        </w:tc>
        <w:tc>
          <w:tcPr>
            <w:tcW w:w="4795" w:type="dxa"/>
          </w:tcPr>
          <w:p w14:paraId="55ACACA6" w14:textId="77777777" w:rsidR="00EA54D8" w:rsidRPr="003A6BDE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A54D8" w:rsidRPr="003A6BDE" w14:paraId="72DB428B" w14:textId="77777777" w:rsidTr="00277D72">
        <w:trPr>
          <w:trHeight w:val="372"/>
        </w:trPr>
        <w:tc>
          <w:tcPr>
            <w:tcW w:w="4971" w:type="dxa"/>
          </w:tcPr>
          <w:p w14:paraId="25D7F0C5" w14:textId="3842C5BC" w:rsidR="00EA54D8" w:rsidRPr="003A6BDE" w:rsidRDefault="00B22E51" w:rsidP="00F1457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Eylem Planı Hazırlama Tarihi</w:t>
            </w:r>
          </w:p>
        </w:tc>
        <w:tc>
          <w:tcPr>
            <w:tcW w:w="4795" w:type="dxa"/>
          </w:tcPr>
          <w:p w14:paraId="683C782D" w14:textId="77777777" w:rsidR="00EA54D8" w:rsidRPr="003A6BDE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A54D8" w:rsidRPr="003A6BDE" w14:paraId="71B64E15" w14:textId="77777777" w:rsidTr="00277D72">
        <w:trPr>
          <w:trHeight w:val="372"/>
        </w:trPr>
        <w:tc>
          <w:tcPr>
            <w:tcW w:w="4971" w:type="dxa"/>
          </w:tcPr>
          <w:p w14:paraId="6094B36C" w14:textId="6162DA27" w:rsidR="00277D72" w:rsidRPr="003A6BDE" w:rsidRDefault="003763C5" w:rsidP="00F1457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Hazırlayan</w:t>
            </w:r>
          </w:p>
        </w:tc>
        <w:tc>
          <w:tcPr>
            <w:tcW w:w="4795" w:type="dxa"/>
          </w:tcPr>
          <w:p w14:paraId="43B429D9" w14:textId="77777777" w:rsidR="00EA54D8" w:rsidRPr="003A6BDE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3E79FC2C" w14:textId="77777777" w:rsidR="00EA54D8" w:rsidRPr="00277D72" w:rsidRDefault="003763C5">
      <w:pPr>
        <w:pStyle w:val="Balk2"/>
        <w:rPr>
          <w:rFonts w:ascii="Times New Roman" w:hAnsi="Times New Roman" w:cs="Times New Roman"/>
          <w:lang w:val="tr-TR"/>
        </w:rPr>
      </w:pPr>
      <w:r w:rsidRPr="00277D72">
        <w:rPr>
          <w:rFonts w:ascii="Times New Roman" w:hAnsi="Times New Roman" w:cs="Times New Roman"/>
          <w:lang w:val="tr-TR"/>
        </w:rPr>
        <w:t>B. İyileştirme Eylem Planı</w:t>
      </w:r>
    </w:p>
    <w:tbl>
      <w:tblPr>
        <w:tblStyle w:val="TabloKlavuzu"/>
        <w:tblW w:w="13822" w:type="dxa"/>
        <w:tblInd w:w="-147" w:type="dxa"/>
        <w:tblLook w:val="04A0" w:firstRow="1" w:lastRow="0" w:firstColumn="1" w:lastColumn="0" w:noHBand="0" w:noVBand="1"/>
      </w:tblPr>
      <w:tblGrid>
        <w:gridCol w:w="779"/>
        <w:gridCol w:w="2007"/>
        <w:gridCol w:w="2736"/>
        <w:gridCol w:w="2444"/>
        <w:gridCol w:w="1976"/>
        <w:gridCol w:w="1656"/>
        <w:gridCol w:w="2224"/>
      </w:tblGrid>
      <w:tr w:rsidR="00EA54D8" w:rsidRPr="00950B46" w14:paraId="09746CB3" w14:textId="77777777" w:rsidTr="00B22E51">
        <w:trPr>
          <w:trHeight w:val="654"/>
        </w:trPr>
        <w:tc>
          <w:tcPr>
            <w:tcW w:w="808" w:type="dxa"/>
          </w:tcPr>
          <w:p w14:paraId="68CBF953" w14:textId="77777777" w:rsidR="00EA54D8" w:rsidRPr="00950B46" w:rsidRDefault="003763C5" w:rsidP="00950B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950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No</w:t>
            </w:r>
          </w:p>
        </w:tc>
        <w:tc>
          <w:tcPr>
            <w:tcW w:w="2103" w:type="dxa"/>
          </w:tcPr>
          <w:p w14:paraId="7428E115" w14:textId="77777777" w:rsidR="00EA54D8" w:rsidRPr="00950B46" w:rsidRDefault="003763C5" w:rsidP="00950B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950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Gelişime Açık Alan</w:t>
            </w:r>
          </w:p>
        </w:tc>
        <w:tc>
          <w:tcPr>
            <w:tcW w:w="2895" w:type="dxa"/>
          </w:tcPr>
          <w:p w14:paraId="35927E2D" w14:textId="4C4EA497" w:rsidR="00950B46" w:rsidRPr="00950B46" w:rsidRDefault="003763C5" w:rsidP="00950B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950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Planlanan</w:t>
            </w:r>
            <w:r w:rsidR="00950B46" w:rsidRPr="00950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/ Önerilen</w:t>
            </w:r>
          </w:p>
          <w:p w14:paraId="5F4FCD1A" w14:textId="000D0FF9" w:rsidR="00EA54D8" w:rsidRPr="00950B46" w:rsidRDefault="003763C5" w:rsidP="00950B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950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Faaliyet</w:t>
            </w:r>
          </w:p>
        </w:tc>
        <w:tc>
          <w:tcPr>
            <w:tcW w:w="2203" w:type="dxa"/>
          </w:tcPr>
          <w:p w14:paraId="137C3CA2" w14:textId="77777777" w:rsidR="00EA54D8" w:rsidRPr="00950B46" w:rsidRDefault="003763C5" w:rsidP="00950B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950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Öncelik</w:t>
            </w:r>
            <w:r w:rsidRPr="00950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br/>
              <w:t>(Yüksek/Orta/Düşük)</w:t>
            </w:r>
          </w:p>
        </w:tc>
        <w:tc>
          <w:tcPr>
            <w:tcW w:w="2049" w:type="dxa"/>
          </w:tcPr>
          <w:p w14:paraId="202ED2B1" w14:textId="77777777" w:rsidR="00EA54D8" w:rsidRPr="00950B46" w:rsidRDefault="003763C5" w:rsidP="00950B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950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Sorumlu Birim/Kişi</w:t>
            </w:r>
          </w:p>
        </w:tc>
        <w:tc>
          <w:tcPr>
            <w:tcW w:w="1426" w:type="dxa"/>
          </w:tcPr>
          <w:p w14:paraId="3F55A0D9" w14:textId="77777777" w:rsidR="00EA54D8" w:rsidRPr="00950B46" w:rsidRDefault="003763C5" w:rsidP="00950B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950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Tamamlanma Tarihi</w:t>
            </w:r>
          </w:p>
        </w:tc>
        <w:tc>
          <w:tcPr>
            <w:tcW w:w="2338" w:type="dxa"/>
          </w:tcPr>
          <w:p w14:paraId="530888C9" w14:textId="77777777" w:rsidR="00EA54D8" w:rsidRPr="00950B46" w:rsidRDefault="003763C5" w:rsidP="00950B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950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Beklenen Çıktı</w:t>
            </w:r>
          </w:p>
        </w:tc>
      </w:tr>
      <w:tr w:rsidR="00EA54D8" w:rsidRPr="00950B46" w14:paraId="6BCA02B5" w14:textId="77777777" w:rsidTr="00B22E51">
        <w:trPr>
          <w:trHeight w:val="217"/>
        </w:trPr>
        <w:tc>
          <w:tcPr>
            <w:tcW w:w="808" w:type="dxa"/>
          </w:tcPr>
          <w:p w14:paraId="527AD529" w14:textId="77777777" w:rsidR="00EA54D8" w:rsidRPr="00950B46" w:rsidRDefault="003763C5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950B4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2103" w:type="dxa"/>
          </w:tcPr>
          <w:p w14:paraId="4D506055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95" w:type="dxa"/>
          </w:tcPr>
          <w:p w14:paraId="1F8C7FF0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3" w:type="dxa"/>
          </w:tcPr>
          <w:p w14:paraId="6C14D29B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049" w:type="dxa"/>
          </w:tcPr>
          <w:p w14:paraId="75E07BE4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26" w:type="dxa"/>
          </w:tcPr>
          <w:p w14:paraId="3FFDD622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338" w:type="dxa"/>
          </w:tcPr>
          <w:p w14:paraId="080CBD62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A54D8" w:rsidRPr="00950B46" w14:paraId="66FCA84C" w14:textId="77777777" w:rsidTr="00B22E51">
        <w:trPr>
          <w:trHeight w:val="217"/>
        </w:trPr>
        <w:tc>
          <w:tcPr>
            <w:tcW w:w="808" w:type="dxa"/>
          </w:tcPr>
          <w:p w14:paraId="3FD6DD1B" w14:textId="77777777" w:rsidR="00EA54D8" w:rsidRPr="00950B46" w:rsidRDefault="003763C5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950B4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</w:tc>
        <w:tc>
          <w:tcPr>
            <w:tcW w:w="2103" w:type="dxa"/>
          </w:tcPr>
          <w:p w14:paraId="30ED1852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95" w:type="dxa"/>
          </w:tcPr>
          <w:p w14:paraId="12CACE85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3" w:type="dxa"/>
          </w:tcPr>
          <w:p w14:paraId="096177CC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049" w:type="dxa"/>
          </w:tcPr>
          <w:p w14:paraId="7B3D786A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26" w:type="dxa"/>
          </w:tcPr>
          <w:p w14:paraId="00417A44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338" w:type="dxa"/>
          </w:tcPr>
          <w:p w14:paraId="6AFC2AA3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A54D8" w:rsidRPr="00950B46" w14:paraId="1972C929" w14:textId="77777777" w:rsidTr="00B22E51">
        <w:trPr>
          <w:trHeight w:val="217"/>
        </w:trPr>
        <w:tc>
          <w:tcPr>
            <w:tcW w:w="808" w:type="dxa"/>
          </w:tcPr>
          <w:p w14:paraId="05D16838" w14:textId="77777777" w:rsidR="00EA54D8" w:rsidRPr="00950B46" w:rsidRDefault="003763C5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950B4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</w:tc>
        <w:tc>
          <w:tcPr>
            <w:tcW w:w="2103" w:type="dxa"/>
          </w:tcPr>
          <w:p w14:paraId="4D97E271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95" w:type="dxa"/>
          </w:tcPr>
          <w:p w14:paraId="56D6E86F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3" w:type="dxa"/>
          </w:tcPr>
          <w:p w14:paraId="0D9FCCEF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049" w:type="dxa"/>
          </w:tcPr>
          <w:p w14:paraId="4685A1CC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26" w:type="dxa"/>
          </w:tcPr>
          <w:p w14:paraId="0F9CF910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338" w:type="dxa"/>
          </w:tcPr>
          <w:p w14:paraId="140B8826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A54D8" w:rsidRPr="00950B46" w14:paraId="2D28F724" w14:textId="77777777" w:rsidTr="00B22E51">
        <w:trPr>
          <w:trHeight w:val="217"/>
        </w:trPr>
        <w:tc>
          <w:tcPr>
            <w:tcW w:w="808" w:type="dxa"/>
          </w:tcPr>
          <w:p w14:paraId="639BFBF0" w14:textId="77777777" w:rsidR="00EA54D8" w:rsidRPr="00950B46" w:rsidRDefault="003763C5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950B4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</w:tc>
        <w:tc>
          <w:tcPr>
            <w:tcW w:w="2103" w:type="dxa"/>
          </w:tcPr>
          <w:p w14:paraId="721D226A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95" w:type="dxa"/>
          </w:tcPr>
          <w:p w14:paraId="62BE42DA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3" w:type="dxa"/>
          </w:tcPr>
          <w:p w14:paraId="38179943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049" w:type="dxa"/>
          </w:tcPr>
          <w:p w14:paraId="7C5F60AD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26" w:type="dxa"/>
          </w:tcPr>
          <w:p w14:paraId="720CB5AB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338" w:type="dxa"/>
          </w:tcPr>
          <w:p w14:paraId="6CA265D1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A54D8" w:rsidRPr="00950B46" w14:paraId="15F2A174" w14:textId="77777777" w:rsidTr="00B22E51">
        <w:trPr>
          <w:trHeight w:val="217"/>
        </w:trPr>
        <w:tc>
          <w:tcPr>
            <w:tcW w:w="808" w:type="dxa"/>
          </w:tcPr>
          <w:p w14:paraId="179DEF6E" w14:textId="77777777" w:rsidR="00EA54D8" w:rsidRPr="00950B46" w:rsidRDefault="003763C5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950B4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2103" w:type="dxa"/>
          </w:tcPr>
          <w:p w14:paraId="20F71027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95" w:type="dxa"/>
          </w:tcPr>
          <w:p w14:paraId="41335CB1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3" w:type="dxa"/>
          </w:tcPr>
          <w:p w14:paraId="6A77D8CD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049" w:type="dxa"/>
          </w:tcPr>
          <w:p w14:paraId="12C51CE6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26" w:type="dxa"/>
          </w:tcPr>
          <w:p w14:paraId="2EF250AA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338" w:type="dxa"/>
          </w:tcPr>
          <w:p w14:paraId="210D4A93" w14:textId="77777777" w:rsidR="00EA54D8" w:rsidRPr="00950B46" w:rsidRDefault="00EA54D8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3A6BDE" w:rsidRPr="00950B46" w14:paraId="356B4D19" w14:textId="77777777" w:rsidTr="00B22E51">
        <w:trPr>
          <w:trHeight w:val="217"/>
        </w:trPr>
        <w:tc>
          <w:tcPr>
            <w:tcW w:w="808" w:type="dxa"/>
          </w:tcPr>
          <w:p w14:paraId="1E2CE6CE" w14:textId="70798182" w:rsidR="003A6BDE" w:rsidRPr="00950B46" w:rsidRDefault="003A6BDE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</w:t>
            </w:r>
          </w:p>
        </w:tc>
        <w:tc>
          <w:tcPr>
            <w:tcW w:w="2103" w:type="dxa"/>
          </w:tcPr>
          <w:p w14:paraId="3B9F2E66" w14:textId="77777777" w:rsidR="003A6BDE" w:rsidRPr="00950B46" w:rsidRDefault="003A6BDE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895" w:type="dxa"/>
          </w:tcPr>
          <w:p w14:paraId="64C3D66B" w14:textId="77777777" w:rsidR="003A6BDE" w:rsidRPr="00950B46" w:rsidRDefault="003A6BDE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3" w:type="dxa"/>
          </w:tcPr>
          <w:p w14:paraId="4805BF21" w14:textId="77777777" w:rsidR="003A6BDE" w:rsidRPr="00950B46" w:rsidRDefault="003A6BDE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049" w:type="dxa"/>
          </w:tcPr>
          <w:p w14:paraId="1F824349" w14:textId="77777777" w:rsidR="003A6BDE" w:rsidRPr="00950B46" w:rsidRDefault="003A6BDE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26" w:type="dxa"/>
          </w:tcPr>
          <w:p w14:paraId="635C0961" w14:textId="77777777" w:rsidR="003A6BDE" w:rsidRPr="00950B46" w:rsidRDefault="003A6BDE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338" w:type="dxa"/>
          </w:tcPr>
          <w:p w14:paraId="5CE0C17A" w14:textId="77777777" w:rsidR="003A6BDE" w:rsidRPr="00950B46" w:rsidRDefault="003A6BDE" w:rsidP="00F145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12CA493E" w14:textId="77777777" w:rsidR="00950B46" w:rsidRDefault="00950B46" w:rsidP="003A6BDE">
      <w:pPr>
        <w:rPr>
          <w:lang w:val="tr-TR"/>
        </w:rPr>
      </w:pPr>
    </w:p>
    <w:p w14:paraId="18288D86" w14:textId="756886AB" w:rsidR="00EA54D8" w:rsidRPr="00277D72" w:rsidRDefault="003763C5">
      <w:pPr>
        <w:pStyle w:val="Balk2"/>
        <w:rPr>
          <w:rFonts w:ascii="Times New Roman" w:hAnsi="Times New Roman" w:cs="Times New Roman"/>
          <w:lang w:val="tr-TR"/>
        </w:rPr>
      </w:pPr>
      <w:r w:rsidRPr="00277D72">
        <w:rPr>
          <w:rFonts w:ascii="Times New Roman" w:hAnsi="Times New Roman" w:cs="Times New Roman"/>
          <w:lang w:val="tr-TR"/>
        </w:rPr>
        <w:lastRenderedPageBreak/>
        <w:t>C. İzleme Sonuçları</w:t>
      </w:r>
    </w:p>
    <w:tbl>
      <w:tblPr>
        <w:tblStyle w:val="TabloKlavuzu"/>
        <w:tblW w:w="13999" w:type="dxa"/>
        <w:tblInd w:w="-147" w:type="dxa"/>
        <w:tblLook w:val="04A0" w:firstRow="1" w:lastRow="0" w:firstColumn="1" w:lastColumn="0" w:noHBand="0" w:noVBand="1"/>
      </w:tblPr>
      <w:tblGrid>
        <w:gridCol w:w="851"/>
        <w:gridCol w:w="4394"/>
        <w:gridCol w:w="8754"/>
      </w:tblGrid>
      <w:tr w:rsidR="00EA54D8" w:rsidRPr="003A6BDE" w14:paraId="5C785E99" w14:textId="77777777" w:rsidTr="00C21099">
        <w:trPr>
          <w:trHeight w:val="350"/>
        </w:trPr>
        <w:tc>
          <w:tcPr>
            <w:tcW w:w="851" w:type="dxa"/>
          </w:tcPr>
          <w:p w14:paraId="66CA11DD" w14:textId="77777777" w:rsidR="00EA54D8" w:rsidRPr="003A6BDE" w:rsidRDefault="003763C5" w:rsidP="00F1457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No</w:t>
            </w:r>
          </w:p>
        </w:tc>
        <w:tc>
          <w:tcPr>
            <w:tcW w:w="4394" w:type="dxa"/>
          </w:tcPr>
          <w:p w14:paraId="711C305C" w14:textId="77777777" w:rsidR="00EA54D8" w:rsidRPr="003A6BDE" w:rsidRDefault="003763C5" w:rsidP="00F1457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Gerçekleşme Durumu</w:t>
            </w:r>
          </w:p>
        </w:tc>
        <w:tc>
          <w:tcPr>
            <w:tcW w:w="8754" w:type="dxa"/>
          </w:tcPr>
          <w:p w14:paraId="61783AE5" w14:textId="77777777" w:rsidR="00EA54D8" w:rsidRPr="003A6BDE" w:rsidRDefault="003763C5" w:rsidP="00F1457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Açıklama</w:t>
            </w:r>
          </w:p>
        </w:tc>
      </w:tr>
      <w:tr w:rsidR="00EA54D8" w:rsidRPr="003A6BDE" w14:paraId="7D853F89" w14:textId="77777777" w:rsidTr="00C21099">
        <w:trPr>
          <w:trHeight w:val="712"/>
        </w:trPr>
        <w:tc>
          <w:tcPr>
            <w:tcW w:w="851" w:type="dxa"/>
          </w:tcPr>
          <w:p w14:paraId="10D1F3A5" w14:textId="77777777" w:rsidR="00EA54D8" w:rsidRPr="003A6BDE" w:rsidRDefault="003763C5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4394" w:type="dxa"/>
          </w:tcPr>
          <w:p w14:paraId="617CAF2C" w14:textId="77777777" w:rsidR="00EA54D8" w:rsidRPr="003A6BDE" w:rsidRDefault="003763C5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Tamamlandı / Devam Ediyor / Başlanmadı</w:t>
            </w:r>
          </w:p>
        </w:tc>
        <w:tc>
          <w:tcPr>
            <w:tcW w:w="8754" w:type="dxa"/>
          </w:tcPr>
          <w:p w14:paraId="07590799" w14:textId="77777777" w:rsidR="00EA54D8" w:rsidRPr="003A6BDE" w:rsidRDefault="00EA54D8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A54D8" w:rsidRPr="003A6BDE" w14:paraId="3811BF89" w14:textId="77777777" w:rsidTr="00C21099">
        <w:trPr>
          <w:trHeight w:val="700"/>
        </w:trPr>
        <w:tc>
          <w:tcPr>
            <w:tcW w:w="851" w:type="dxa"/>
          </w:tcPr>
          <w:p w14:paraId="7BE36B7E" w14:textId="77777777" w:rsidR="00EA54D8" w:rsidRPr="003A6BDE" w:rsidRDefault="003763C5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</w:tc>
        <w:tc>
          <w:tcPr>
            <w:tcW w:w="4394" w:type="dxa"/>
          </w:tcPr>
          <w:p w14:paraId="5E9FC35F" w14:textId="77777777" w:rsidR="00EA54D8" w:rsidRPr="003A6BDE" w:rsidRDefault="003763C5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Tamamlandı / Devam Ediyor / Başlanmadı</w:t>
            </w:r>
          </w:p>
        </w:tc>
        <w:tc>
          <w:tcPr>
            <w:tcW w:w="8754" w:type="dxa"/>
          </w:tcPr>
          <w:p w14:paraId="3217046E" w14:textId="77777777" w:rsidR="00EA54D8" w:rsidRPr="003A6BDE" w:rsidRDefault="00EA54D8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A54D8" w:rsidRPr="003A6BDE" w14:paraId="5B184882" w14:textId="77777777" w:rsidTr="00C21099">
        <w:trPr>
          <w:trHeight w:val="700"/>
        </w:trPr>
        <w:tc>
          <w:tcPr>
            <w:tcW w:w="851" w:type="dxa"/>
          </w:tcPr>
          <w:p w14:paraId="1BEDC0DD" w14:textId="77777777" w:rsidR="00EA54D8" w:rsidRPr="003A6BDE" w:rsidRDefault="003763C5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</w:tc>
        <w:tc>
          <w:tcPr>
            <w:tcW w:w="4394" w:type="dxa"/>
          </w:tcPr>
          <w:p w14:paraId="0B0CACD0" w14:textId="77777777" w:rsidR="00EA54D8" w:rsidRPr="003A6BDE" w:rsidRDefault="003763C5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Tamamlandı / Devam Ediyor / Başlanmadı</w:t>
            </w:r>
          </w:p>
        </w:tc>
        <w:tc>
          <w:tcPr>
            <w:tcW w:w="8754" w:type="dxa"/>
          </w:tcPr>
          <w:p w14:paraId="004E68D4" w14:textId="77777777" w:rsidR="00EA54D8" w:rsidRPr="003A6BDE" w:rsidRDefault="00EA54D8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A54D8" w:rsidRPr="003A6BDE" w14:paraId="59DD1721" w14:textId="77777777" w:rsidTr="00C21099">
        <w:trPr>
          <w:trHeight w:val="712"/>
        </w:trPr>
        <w:tc>
          <w:tcPr>
            <w:tcW w:w="851" w:type="dxa"/>
          </w:tcPr>
          <w:p w14:paraId="4DA2859C" w14:textId="77777777" w:rsidR="00EA54D8" w:rsidRPr="003A6BDE" w:rsidRDefault="003763C5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</w:tc>
        <w:tc>
          <w:tcPr>
            <w:tcW w:w="4394" w:type="dxa"/>
          </w:tcPr>
          <w:p w14:paraId="6EEC867D" w14:textId="77777777" w:rsidR="00EA54D8" w:rsidRPr="003A6BDE" w:rsidRDefault="003763C5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Tamamlandı / Devam Ediyor / Başlanmadı</w:t>
            </w:r>
          </w:p>
        </w:tc>
        <w:tc>
          <w:tcPr>
            <w:tcW w:w="8754" w:type="dxa"/>
          </w:tcPr>
          <w:p w14:paraId="02F05AEE" w14:textId="77777777" w:rsidR="00EA54D8" w:rsidRPr="003A6BDE" w:rsidRDefault="00EA54D8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A54D8" w:rsidRPr="003A6BDE" w14:paraId="1FF9A17F" w14:textId="77777777" w:rsidTr="00C21099">
        <w:trPr>
          <w:trHeight w:val="700"/>
        </w:trPr>
        <w:tc>
          <w:tcPr>
            <w:tcW w:w="851" w:type="dxa"/>
          </w:tcPr>
          <w:p w14:paraId="11CD2F73" w14:textId="77777777" w:rsidR="00EA54D8" w:rsidRPr="003A6BDE" w:rsidRDefault="003763C5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4394" w:type="dxa"/>
          </w:tcPr>
          <w:p w14:paraId="07A20CD2" w14:textId="77777777" w:rsidR="00EA54D8" w:rsidRPr="003A6BDE" w:rsidRDefault="003763C5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3A6BD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Tamamlandı / Devam Ediyor / Başlanmadı</w:t>
            </w:r>
          </w:p>
        </w:tc>
        <w:tc>
          <w:tcPr>
            <w:tcW w:w="8754" w:type="dxa"/>
          </w:tcPr>
          <w:p w14:paraId="6ED2970C" w14:textId="77777777" w:rsidR="00EA54D8" w:rsidRPr="003A6BDE" w:rsidRDefault="00EA54D8" w:rsidP="00F14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60DE0C3B" w14:textId="77777777" w:rsidR="003A6BDE" w:rsidRDefault="003A6BDE" w:rsidP="003A6BDE">
      <w:pPr>
        <w:rPr>
          <w:lang w:val="tr-TR"/>
        </w:rPr>
      </w:pPr>
    </w:p>
    <w:p w14:paraId="00A96020" w14:textId="7CD966BD" w:rsidR="003A6BDE" w:rsidRDefault="003A6BDE">
      <w:pPr>
        <w:rPr>
          <w:rFonts w:ascii="Times New Roman" w:hAnsi="Times New Roman" w:cs="Times New Roman"/>
          <w:lang w:val="tr-TR"/>
        </w:rPr>
      </w:pPr>
    </w:p>
    <w:p w14:paraId="554586C7" w14:textId="2597C7AF" w:rsidR="00EA54D8" w:rsidRPr="00277D72" w:rsidRDefault="003A6BDE">
      <w:pPr>
        <w:pStyle w:val="Balk2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D</w:t>
      </w:r>
      <w:r w:rsidR="003763C5" w:rsidRPr="00277D72">
        <w:rPr>
          <w:rFonts w:ascii="Times New Roman" w:hAnsi="Times New Roman" w:cs="Times New Roman"/>
          <w:lang w:val="tr-TR"/>
        </w:rPr>
        <w:t>. Onay</w:t>
      </w:r>
    </w:p>
    <w:tbl>
      <w:tblPr>
        <w:tblStyle w:val="TabloKlavuzu"/>
        <w:tblW w:w="13796" w:type="dxa"/>
        <w:tblLook w:val="04A0" w:firstRow="1" w:lastRow="0" w:firstColumn="1" w:lastColumn="0" w:noHBand="0" w:noVBand="1"/>
      </w:tblPr>
      <w:tblGrid>
        <w:gridCol w:w="3449"/>
        <w:gridCol w:w="3449"/>
        <w:gridCol w:w="3449"/>
        <w:gridCol w:w="3449"/>
      </w:tblGrid>
      <w:tr w:rsidR="00EA54D8" w:rsidRPr="000224C3" w14:paraId="4DE0BF13" w14:textId="77777777" w:rsidTr="00C21099">
        <w:trPr>
          <w:trHeight w:val="491"/>
        </w:trPr>
        <w:tc>
          <w:tcPr>
            <w:tcW w:w="3449" w:type="dxa"/>
          </w:tcPr>
          <w:p w14:paraId="675058A2" w14:textId="689486C4" w:rsidR="00EA54D8" w:rsidRPr="000224C3" w:rsidRDefault="003763C5" w:rsidP="000224C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0224C3">
              <w:rPr>
                <w:rFonts w:ascii="Times New Roman" w:hAnsi="Times New Roman" w:cs="Times New Roman"/>
                <w:b/>
                <w:bCs/>
                <w:lang w:val="tr-TR"/>
              </w:rPr>
              <w:t>Ad</w:t>
            </w:r>
            <w:r w:rsidR="00F14578" w:rsidRPr="000224C3">
              <w:rPr>
                <w:rFonts w:ascii="Times New Roman" w:hAnsi="Times New Roman" w:cs="Times New Roman"/>
                <w:b/>
                <w:bCs/>
                <w:lang w:val="tr-TR"/>
              </w:rPr>
              <w:t>ı</w:t>
            </w:r>
            <w:r w:rsidRPr="000224C3">
              <w:rPr>
                <w:rFonts w:ascii="Times New Roman" w:hAnsi="Times New Roman" w:cs="Times New Roman"/>
                <w:b/>
                <w:bCs/>
                <w:lang w:val="tr-TR"/>
              </w:rPr>
              <w:t xml:space="preserve"> Soyad</w:t>
            </w:r>
            <w:r w:rsidR="00F14578" w:rsidRPr="000224C3">
              <w:rPr>
                <w:rFonts w:ascii="Times New Roman" w:hAnsi="Times New Roman" w:cs="Times New Roman"/>
                <w:b/>
                <w:bCs/>
                <w:lang w:val="tr-TR"/>
              </w:rPr>
              <w:t>ı</w:t>
            </w:r>
          </w:p>
        </w:tc>
        <w:tc>
          <w:tcPr>
            <w:tcW w:w="3449" w:type="dxa"/>
          </w:tcPr>
          <w:p w14:paraId="10651E9D" w14:textId="497DEB78" w:rsidR="00EA54D8" w:rsidRPr="000224C3" w:rsidRDefault="003763C5" w:rsidP="000224C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0224C3">
              <w:rPr>
                <w:rFonts w:ascii="Times New Roman" w:hAnsi="Times New Roman" w:cs="Times New Roman"/>
                <w:b/>
                <w:bCs/>
                <w:lang w:val="tr-TR"/>
              </w:rPr>
              <w:t>Görev</w:t>
            </w:r>
            <w:r w:rsidR="000224C3">
              <w:rPr>
                <w:rFonts w:ascii="Times New Roman" w:hAnsi="Times New Roman" w:cs="Times New Roman"/>
                <w:b/>
                <w:bCs/>
                <w:lang w:val="tr-TR"/>
              </w:rPr>
              <w:t>i</w:t>
            </w:r>
          </w:p>
        </w:tc>
        <w:tc>
          <w:tcPr>
            <w:tcW w:w="3449" w:type="dxa"/>
          </w:tcPr>
          <w:p w14:paraId="125425C2" w14:textId="77777777" w:rsidR="00EA54D8" w:rsidRPr="000224C3" w:rsidRDefault="003763C5" w:rsidP="000224C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0224C3">
              <w:rPr>
                <w:rFonts w:ascii="Times New Roman" w:hAnsi="Times New Roman" w:cs="Times New Roman"/>
                <w:b/>
                <w:bCs/>
                <w:lang w:val="tr-TR"/>
              </w:rPr>
              <w:t>Tarih</w:t>
            </w:r>
          </w:p>
        </w:tc>
        <w:tc>
          <w:tcPr>
            <w:tcW w:w="3449" w:type="dxa"/>
          </w:tcPr>
          <w:p w14:paraId="41394A36" w14:textId="77777777" w:rsidR="00EA54D8" w:rsidRPr="000224C3" w:rsidRDefault="003763C5" w:rsidP="000224C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0224C3">
              <w:rPr>
                <w:rFonts w:ascii="Times New Roman" w:hAnsi="Times New Roman" w:cs="Times New Roman"/>
                <w:b/>
                <w:bCs/>
                <w:lang w:val="tr-TR"/>
              </w:rPr>
              <w:t>İmza</w:t>
            </w:r>
          </w:p>
        </w:tc>
      </w:tr>
      <w:tr w:rsidR="00EA54D8" w:rsidRPr="00277D72" w14:paraId="13A88DC6" w14:textId="77777777" w:rsidTr="00C21099">
        <w:trPr>
          <w:trHeight w:val="506"/>
        </w:trPr>
        <w:tc>
          <w:tcPr>
            <w:tcW w:w="3449" w:type="dxa"/>
          </w:tcPr>
          <w:p w14:paraId="420F245A" w14:textId="77777777" w:rsidR="00EA54D8" w:rsidRPr="00277D72" w:rsidRDefault="00EA54D8" w:rsidP="00F14578">
            <w:pPr>
              <w:spacing w:line="48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3449" w:type="dxa"/>
          </w:tcPr>
          <w:p w14:paraId="59F2727A" w14:textId="749B0D01" w:rsidR="00EA54D8" w:rsidRPr="00277D72" w:rsidRDefault="00EA54D8" w:rsidP="00F14578">
            <w:pPr>
              <w:spacing w:line="48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3449" w:type="dxa"/>
          </w:tcPr>
          <w:p w14:paraId="451E8DBC" w14:textId="77777777" w:rsidR="00EA54D8" w:rsidRPr="00277D72" w:rsidRDefault="00EA54D8" w:rsidP="00F14578">
            <w:pPr>
              <w:spacing w:line="48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3449" w:type="dxa"/>
          </w:tcPr>
          <w:p w14:paraId="40302FDA" w14:textId="77777777" w:rsidR="00EA54D8" w:rsidRPr="00277D72" w:rsidRDefault="00EA54D8" w:rsidP="00F14578">
            <w:pPr>
              <w:spacing w:line="48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A54D8" w:rsidRPr="00277D72" w14:paraId="407B8328" w14:textId="77777777" w:rsidTr="00C21099">
        <w:trPr>
          <w:trHeight w:val="491"/>
        </w:trPr>
        <w:tc>
          <w:tcPr>
            <w:tcW w:w="3449" w:type="dxa"/>
          </w:tcPr>
          <w:p w14:paraId="445394A9" w14:textId="77777777" w:rsidR="00EA54D8" w:rsidRPr="00277D72" w:rsidRDefault="00EA54D8" w:rsidP="00F14578">
            <w:pPr>
              <w:spacing w:line="48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3449" w:type="dxa"/>
          </w:tcPr>
          <w:p w14:paraId="557AE5EB" w14:textId="7B4EC915" w:rsidR="00EA54D8" w:rsidRPr="00277D72" w:rsidRDefault="00EA54D8" w:rsidP="00F14578">
            <w:pPr>
              <w:spacing w:line="48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3449" w:type="dxa"/>
          </w:tcPr>
          <w:p w14:paraId="66D34FFF" w14:textId="77777777" w:rsidR="00EA54D8" w:rsidRPr="00277D72" w:rsidRDefault="00EA54D8" w:rsidP="00F14578">
            <w:pPr>
              <w:spacing w:line="48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3449" w:type="dxa"/>
          </w:tcPr>
          <w:p w14:paraId="53B0CB7E" w14:textId="77777777" w:rsidR="00EA54D8" w:rsidRPr="00277D72" w:rsidRDefault="00EA54D8" w:rsidP="00F14578">
            <w:pPr>
              <w:spacing w:line="48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14578" w:rsidRPr="00277D72" w14:paraId="622ED400" w14:textId="77777777" w:rsidTr="00C21099">
        <w:trPr>
          <w:trHeight w:val="491"/>
        </w:trPr>
        <w:tc>
          <w:tcPr>
            <w:tcW w:w="3449" w:type="dxa"/>
          </w:tcPr>
          <w:p w14:paraId="3BD4C555" w14:textId="77777777" w:rsidR="00F14578" w:rsidRPr="00277D72" w:rsidRDefault="00F14578" w:rsidP="00F14578">
            <w:pPr>
              <w:spacing w:line="48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3449" w:type="dxa"/>
          </w:tcPr>
          <w:p w14:paraId="6CA32278" w14:textId="18853639" w:rsidR="00F14578" w:rsidRPr="00277D72" w:rsidRDefault="00F14578" w:rsidP="00F14578">
            <w:pPr>
              <w:spacing w:line="48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3449" w:type="dxa"/>
          </w:tcPr>
          <w:p w14:paraId="496E5891" w14:textId="77777777" w:rsidR="00F14578" w:rsidRPr="00277D72" w:rsidRDefault="00F14578" w:rsidP="00F14578">
            <w:pPr>
              <w:spacing w:line="48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3449" w:type="dxa"/>
          </w:tcPr>
          <w:p w14:paraId="29489FFF" w14:textId="77777777" w:rsidR="00F14578" w:rsidRPr="00277D72" w:rsidRDefault="00F14578" w:rsidP="00F14578">
            <w:pPr>
              <w:spacing w:line="48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</w:tbl>
    <w:p w14:paraId="5D635BF6" w14:textId="77777777" w:rsidR="003763C5" w:rsidRPr="00277D72" w:rsidRDefault="003763C5">
      <w:pPr>
        <w:rPr>
          <w:rFonts w:ascii="Times New Roman" w:hAnsi="Times New Roman" w:cs="Times New Roman"/>
          <w:lang w:val="tr-TR"/>
        </w:rPr>
      </w:pPr>
    </w:p>
    <w:sectPr w:rsidR="003763C5" w:rsidRPr="00277D72" w:rsidSect="00C21099">
      <w:headerReference w:type="default" r:id="rId8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54E1A" w14:textId="77777777" w:rsidR="0038742E" w:rsidRDefault="0038742E" w:rsidP="00277D72">
      <w:pPr>
        <w:spacing w:after="0" w:line="240" w:lineRule="auto"/>
      </w:pPr>
      <w:r>
        <w:separator/>
      </w:r>
    </w:p>
  </w:endnote>
  <w:endnote w:type="continuationSeparator" w:id="0">
    <w:p w14:paraId="4DCC5BD6" w14:textId="77777777" w:rsidR="0038742E" w:rsidRDefault="0038742E" w:rsidP="00277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55618" w14:textId="77777777" w:rsidR="0038742E" w:rsidRDefault="0038742E" w:rsidP="00277D72">
      <w:pPr>
        <w:spacing w:after="0" w:line="240" w:lineRule="auto"/>
      </w:pPr>
      <w:r>
        <w:separator/>
      </w:r>
    </w:p>
  </w:footnote>
  <w:footnote w:type="continuationSeparator" w:id="0">
    <w:p w14:paraId="5D736AB5" w14:textId="77777777" w:rsidR="0038742E" w:rsidRDefault="0038742E" w:rsidP="00277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3996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029"/>
      <w:gridCol w:w="8065"/>
      <w:gridCol w:w="1984"/>
      <w:gridCol w:w="1918"/>
    </w:tblGrid>
    <w:tr w:rsidR="00277D72" w:rsidRPr="00F007E7" w14:paraId="00E4D86D" w14:textId="77777777" w:rsidTr="00C21099">
      <w:trPr>
        <w:trHeight w:val="266"/>
      </w:trPr>
      <w:tc>
        <w:tcPr>
          <w:tcW w:w="202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19E18FF" w14:textId="77777777" w:rsidR="00277D72" w:rsidRPr="00F007E7" w:rsidRDefault="00277D72" w:rsidP="00277D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Times New Roman"/>
              <w:color w:val="595959"/>
              <w:lang w:val="tr-TR" w:eastAsia="tr-TR"/>
            </w:rPr>
          </w:pPr>
          <w:r w:rsidRPr="00F007E7">
            <w:rPr>
              <w:rFonts w:ascii="Calibri" w:eastAsia="Calibri" w:hAnsi="Calibri" w:cs="Times New Roman"/>
              <w:noProof/>
              <w:color w:val="595959"/>
              <w:lang w:val="tr-TR" w:eastAsia="tr-TR"/>
            </w:rPr>
            <w:drawing>
              <wp:inline distT="0" distB="0" distL="0" distR="0" wp14:anchorId="234237DB" wp14:editId="3E659756">
                <wp:extent cx="763270" cy="673735"/>
                <wp:effectExtent l="0" t="0" r="0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270" cy="673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931F2F5" w14:textId="77777777" w:rsidR="00277D72" w:rsidRPr="00F007E7" w:rsidRDefault="00277D72" w:rsidP="00277D7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lang w:val="tr-TR" w:eastAsia="tr-TR"/>
            </w:rPr>
          </w:pPr>
        </w:p>
        <w:p w14:paraId="6C4298D0" w14:textId="77777777" w:rsidR="00277D72" w:rsidRDefault="00277D72" w:rsidP="00277D72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val="tr-TR" w:eastAsia="tr-TR"/>
            </w:rPr>
          </w:pPr>
          <w:r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val="tr-TR" w:eastAsia="tr-TR"/>
            </w:rPr>
            <w:t xml:space="preserve">AKRAN DEĞERLENDİRME </w:t>
          </w:r>
        </w:p>
        <w:p w14:paraId="51ED4E69" w14:textId="6D2C31D6" w:rsidR="00277D72" w:rsidRPr="00F007E7" w:rsidRDefault="00277D72" w:rsidP="00277D72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val="tr-TR" w:eastAsia="tr-TR"/>
            </w:rPr>
          </w:pPr>
          <w:r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val="tr-TR" w:eastAsia="tr-TR"/>
            </w:rPr>
            <w:t>İYİLEŞTİRME EYLEM PLANI FORMU</w:t>
          </w: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7E5ECE3" w14:textId="77777777" w:rsidR="00277D72" w:rsidRPr="00F007E7" w:rsidRDefault="00277D72" w:rsidP="00277D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 w:rsidRPr="00F007E7"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Doküman No</w:t>
          </w:r>
        </w:p>
      </w:tc>
      <w:tc>
        <w:tcPr>
          <w:tcW w:w="19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ABD72AA" w14:textId="1191201E" w:rsidR="00277D72" w:rsidRPr="00F007E7" w:rsidRDefault="00277D72" w:rsidP="00277D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BÜKAK.FRM.91</w:t>
          </w:r>
        </w:p>
      </w:tc>
    </w:tr>
    <w:tr w:rsidR="00277D72" w:rsidRPr="00F007E7" w14:paraId="0A70B16E" w14:textId="77777777" w:rsidTr="00C21099">
      <w:trPr>
        <w:trHeight w:val="278"/>
      </w:trPr>
      <w:tc>
        <w:tcPr>
          <w:tcW w:w="20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64F79F4" w14:textId="77777777" w:rsidR="00277D72" w:rsidRPr="00F007E7" w:rsidRDefault="00277D72" w:rsidP="00277D7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806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20673DD" w14:textId="77777777" w:rsidR="00277D72" w:rsidRPr="00F007E7" w:rsidRDefault="00277D72" w:rsidP="00277D7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C97ABA5" w14:textId="77777777" w:rsidR="00277D72" w:rsidRPr="00F007E7" w:rsidRDefault="00277D72" w:rsidP="00277D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 w:rsidRPr="00F007E7"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Yayım Tarihi</w:t>
          </w:r>
        </w:p>
      </w:tc>
      <w:tc>
        <w:tcPr>
          <w:tcW w:w="19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1A0A1ED" w14:textId="77777777" w:rsidR="00277D72" w:rsidRPr="00F007E7" w:rsidRDefault="00277D72" w:rsidP="00277D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10.06.2026</w:t>
          </w:r>
        </w:p>
      </w:tc>
    </w:tr>
    <w:tr w:rsidR="00277D72" w:rsidRPr="00F007E7" w14:paraId="34B2C237" w14:textId="77777777" w:rsidTr="00C21099">
      <w:trPr>
        <w:trHeight w:val="225"/>
      </w:trPr>
      <w:tc>
        <w:tcPr>
          <w:tcW w:w="20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0538282" w14:textId="77777777" w:rsidR="00277D72" w:rsidRPr="00F007E7" w:rsidRDefault="00277D72" w:rsidP="00277D7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806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EC28763" w14:textId="77777777" w:rsidR="00277D72" w:rsidRPr="00F007E7" w:rsidRDefault="00277D72" w:rsidP="00277D7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7D0AE1A" w14:textId="77777777" w:rsidR="00277D72" w:rsidRPr="00F007E7" w:rsidRDefault="00277D72" w:rsidP="00277D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 w:rsidRPr="00F007E7"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Revizyon Tarihi</w:t>
          </w:r>
        </w:p>
      </w:tc>
      <w:tc>
        <w:tcPr>
          <w:tcW w:w="19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B40865" w14:textId="77777777" w:rsidR="00277D72" w:rsidRPr="00F007E7" w:rsidRDefault="00277D72" w:rsidP="00277D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00.00.0000</w:t>
          </w:r>
        </w:p>
      </w:tc>
    </w:tr>
    <w:tr w:rsidR="00277D72" w:rsidRPr="00F007E7" w14:paraId="5C49B3D6" w14:textId="77777777" w:rsidTr="00C21099">
      <w:trPr>
        <w:trHeight w:val="225"/>
      </w:trPr>
      <w:tc>
        <w:tcPr>
          <w:tcW w:w="20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8D1824F" w14:textId="77777777" w:rsidR="00277D72" w:rsidRPr="00F007E7" w:rsidRDefault="00277D72" w:rsidP="00277D7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806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880F1BC" w14:textId="77777777" w:rsidR="00277D72" w:rsidRPr="00F007E7" w:rsidRDefault="00277D72" w:rsidP="00277D7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5C67563" w14:textId="77777777" w:rsidR="00277D72" w:rsidRPr="00F007E7" w:rsidRDefault="00277D72" w:rsidP="00277D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 w:rsidRPr="00F007E7"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Revizyon No</w:t>
          </w:r>
        </w:p>
      </w:tc>
      <w:tc>
        <w:tcPr>
          <w:tcW w:w="19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9924ABA" w14:textId="77777777" w:rsidR="00277D72" w:rsidRPr="00F007E7" w:rsidRDefault="00277D72" w:rsidP="00277D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00</w:t>
          </w:r>
        </w:p>
      </w:tc>
    </w:tr>
    <w:tr w:rsidR="00277D72" w:rsidRPr="00F007E7" w14:paraId="583924B6" w14:textId="77777777" w:rsidTr="00C21099">
      <w:trPr>
        <w:trHeight w:val="278"/>
      </w:trPr>
      <w:tc>
        <w:tcPr>
          <w:tcW w:w="20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284F2A9" w14:textId="77777777" w:rsidR="00277D72" w:rsidRPr="00F007E7" w:rsidRDefault="00277D72" w:rsidP="00277D7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806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5DEFAD" w14:textId="77777777" w:rsidR="00277D72" w:rsidRPr="00F007E7" w:rsidRDefault="00277D72" w:rsidP="00277D7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BC06EC0" w14:textId="77777777" w:rsidR="00277D72" w:rsidRPr="00F007E7" w:rsidRDefault="00277D72" w:rsidP="00277D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 w:rsidRPr="00F007E7"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Sayfa</w:t>
          </w:r>
        </w:p>
      </w:tc>
      <w:tc>
        <w:tcPr>
          <w:tcW w:w="19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065B0B8" w14:textId="77777777" w:rsidR="00277D72" w:rsidRPr="00F007E7" w:rsidRDefault="00277D72" w:rsidP="00277D7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 w:rsidRPr="00F007E7"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begin"/>
          </w:r>
          <w:r w:rsidRPr="00F007E7">
            <w:rPr>
              <w:rFonts w:ascii="Times New Roman" w:eastAsia="Arial" w:hAnsi="Times New Roman" w:cs="Times New Roman"/>
              <w:sz w:val="18"/>
              <w:szCs w:val="18"/>
              <w:lang w:val="tr-TR" w:eastAsia="tr-TR"/>
            </w:rPr>
            <w:instrText>PAGE</w:instrText>
          </w:r>
          <w:r w:rsidRPr="00F007E7"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separate"/>
          </w:r>
          <w:r w:rsidRPr="00F007E7">
            <w:rPr>
              <w:rFonts w:ascii="Times New Roman" w:eastAsia="Arial" w:hAnsi="Times New Roman" w:cs="Times New Roman"/>
              <w:noProof/>
              <w:sz w:val="18"/>
              <w:szCs w:val="18"/>
              <w:lang w:val="tr-TR" w:eastAsia="tr-TR"/>
            </w:rPr>
            <w:t>14</w:t>
          </w:r>
          <w:r w:rsidRPr="00F007E7"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end"/>
          </w:r>
          <w:r w:rsidRPr="00F007E7">
            <w:rPr>
              <w:rFonts w:ascii="Times New Roman" w:eastAsia="Arial" w:hAnsi="Times New Roman" w:cs="Times New Roman"/>
              <w:sz w:val="18"/>
              <w:szCs w:val="18"/>
              <w:lang w:val="tr-TR" w:eastAsia="tr-TR"/>
            </w:rPr>
            <w:t xml:space="preserve"> / </w:t>
          </w:r>
          <w:r w:rsidRPr="00F007E7"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begin"/>
          </w:r>
          <w:r w:rsidRPr="00F007E7">
            <w:rPr>
              <w:rFonts w:ascii="Times New Roman" w:eastAsia="Arial" w:hAnsi="Times New Roman" w:cs="Times New Roman"/>
              <w:sz w:val="18"/>
              <w:szCs w:val="18"/>
              <w:lang w:val="tr-TR" w:eastAsia="tr-TR"/>
            </w:rPr>
            <w:instrText>NUMPAGES</w:instrText>
          </w:r>
          <w:r w:rsidRPr="00F007E7"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separate"/>
          </w:r>
          <w:r w:rsidRPr="00F007E7">
            <w:rPr>
              <w:rFonts w:ascii="Times New Roman" w:eastAsia="Arial" w:hAnsi="Times New Roman" w:cs="Times New Roman"/>
              <w:noProof/>
              <w:sz w:val="18"/>
              <w:szCs w:val="18"/>
              <w:lang w:val="tr-TR" w:eastAsia="tr-TR"/>
            </w:rPr>
            <w:t>16</w:t>
          </w:r>
          <w:r w:rsidRPr="00F007E7"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end"/>
          </w:r>
        </w:p>
      </w:tc>
    </w:tr>
  </w:tbl>
  <w:p w14:paraId="2273D1A7" w14:textId="77777777" w:rsidR="00277D72" w:rsidRDefault="00277D7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4C3"/>
    <w:rsid w:val="00034616"/>
    <w:rsid w:val="0006063C"/>
    <w:rsid w:val="0015074B"/>
    <w:rsid w:val="00277D72"/>
    <w:rsid w:val="0029639D"/>
    <w:rsid w:val="00326F90"/>
    <w:rsid w:val="003763C5"/>
    <w:rsid w:val="0038742E"/>
    <w:rsid w:val="003A6BDE"/>
    <w:rsid w:val="00950B46"/>
    <w:rsid w:val="00AA1D8D"/>
    <w:rsid w:val="00B22E51"/>
    <w:rsid w:val="00B47730"/>
    <w:rsid w:val="00C21099"/>
    <w:rsid w:val="00CB0664"/>
    <w:rsid w:val="00EA54D8"/>
    <w:rsid w:val="00F145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C3FFC7"/>
  <w14:defaultImageDpi w14:val="300"/>
  <w15:docId w15:val="{F1D3852C-CA2D-461D-9753-F7D3E0FC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96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Baskent</cp:lastModifiedBy>
  <cp:revision>6</cp:revision>
  <dcterms:created xsi:type="dcterms:W3CDTF">2026-06-10T08:22:00Z</dcterms:created>
  <dcterms:modified xsi:type="dcterms:W3CDTF">2026-09-28T10:40:00Z</dcterms:modified>
  <cp:category/>
</cp:coreProperties>
</file>