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Balk2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A. Birim Bilgileri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>
        <w:tc>
          <w:tcPr>
            <w:tcW w:w="432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Birim Adı</w:t>
            </w:r>
          </w:p>
        </w:tc>
        <w:tc>
          <w:tcPr>
            <w:tcW w:w="432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>
        <w:tc>
          <w:tcPr>
            <w:tcW w:w="432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Birim Türü (Akademik / İdari)</w:t>
            </w:r>
          </w:p>
        </w:tc>
        <w:tc>
          <w:tcPr>
            <w:tcW w:w="432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>
        <w:tc>
          <w:tcPr>
            <w:tcW w:w="432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Birim Yöneticisi</w:t>
            </w:r>
          </w:p>
        </w:tc>
        <w:tc>
          <w:tcPr>
            <w:tcW w:w="432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>
        <w:tc>
          <w:tcPr>
            <w:tcW w:w="432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Formu Hazırlayan</w:t>
            </w:r>
          </w:p>
        </w:tc>
        <w:tc>
          <w:tcPr>
            <w:tcW w:w="432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>
        <w:tc>
          <w:tcPr>
            <w:tcW w:w="432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Tarih</w:t>
            </w:r>
          </w:p>
        </w:tc>
        <w:tc>
          <w:tcPr>
            <w:tcW w:w="432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>
        <w:tc>
          <w:tcPr>
            <w:tcW w:w="432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İletişim Bilgileri</w:t>
            </w:r>
          </w:p>
        </w:tc>
        <w:tc>
          <w:tcPr>
            <w:tcW w:w="432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>
      <w:pPr>
        <w:pStyle w:val="Balk2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B. Birimin Tanıtımı</w:t>
      </w:r>
    </w:p>
    <w:p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Birimin görev, yetki ve sorumlulukları ile temel faaliyet alanları hakkında kısaca bilgi veriniz.</w:t>
      </w:r>
    </w:p>
    <w:p>
      <w:pPr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br/>
      </w:r>
      <w:r>
        <w:rPr>
          <w:rFonts w:ascii="Times New Roman" w:hAnsi="Times New Roman" w:cs="Times New Roman"/>
          <w:lang w:val="tr-TR"/>
        </w:rPr>
        <w:br/>
      </w:r>
      <w:r>
        <w:rPr>
          <w:rFonts w:ascii="Times New Roman" w:hAnsi="Times New Roman" w:cs="Times New Roman"/>
          <w:lang w:val="tr-TR"/>
        </w:rPr>
        <w:br/>
      </w:r>
    </w:p>
    <w:p>
      <w:pPr>
        <w:pStyle w:val="Balk2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C. Son Dönemde Gerçekleştirilen İyileştirme Faaliyetleri</w:t>
      </w:r>
    </w:p>
    <w:p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Son değerlendirme veya son iki yıl içerisinde gerçekleştirilen önemli iyileştirme faaliyetlerini belirtiniz.</w:t>
      </w:r>
    </w:p>
    <w:p>
      <w:pPr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br/>
      </w:r>
      <w:r>
        <w:rPr>
          <w:rFonts w:ascii="Times New Roman" w:hAnsi="Times New Roman" w:cs="Times New Roman"/>
          <w:lang w:val="tr-TR"/>
        </w:rPr>
        <w:br/>
      </w:r>
      <w:r>
        <w:rPr>
          <w:rFonts w:ascii="Times New Roman" w:hAnsi="Times New Roman" w:cs="Times New Roman"/>
          <w:lang w:val="tr-TR"/>
        </w:rPr>
        <w:br/>
      </w:r>
    </w:p>
    <w:p>
      <w:pPr>
        <w:pStyle w:val="Balk2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D. İyi Uygulamalar</w:t>
      </w:r>
    </w:p>
    <w:p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Diğer birimlerle paylaşılabilecek nitelikteki iyi uygulamaları belirtiniz.</w:t>
      </w:r>
    </w:p>
    <w:p>
      <w:pPr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br/>
      </w:r>
      <w:r>
        <w:rPr>
          <w:rFonts w:ascii="Times New Roman" w:hAnsi="Times New Roman" w:cs="Times New Roman"/>
          <w:lang w:val="tr-TR"/>
        </w:rPr>
        <w:br/>
      </w:r>
      <w:r>
        <w:rPr>
          <w:rFonts w:ascii="Times New Roman" w:hAnsi="Times New Roman" w:cs="Times New Roman"/>
          <w:lang w:val="tr-TR"/>
        </w:rPr>
        <w:br/>
      </w:r>
    </w:p>
    <w:p>
      <w:pPr>
        <w:pStyle w:val="Balk2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E. Öne Çıkan Başarılar</w:t>
      </w:r>
    </w:p>
    <w:p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Son dönemde elde edilen önemli başarıları (ödül, akreditasyon, proje, kurumsal gelişme vb.) kısaca belirtiniz.</w:t>
      </w:r>
    </w:p>
    <w:p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>
      <w:pPr>
        <w:pStyle w:val="Balk2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lastRenderedPageBreak/>
        <w:t>F. Gelişime Açık Alanlar</w:t>
      </w:r>
    </w:p>
    <w:p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Biriminiz tarafından geliştirilmesine ihtiyaç duyulduğu değerlendirilen süreç, uygulama veya faaliyet alanlarını kısaca belirtiniz.</w:t>
      </w:r>
    </w:p>
    <w:p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>
      <w:pPr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br/>
      </w:r>
      <w:r>
        <w:rPr>
          <w:rFonts w:ascii="Times New Roman" w:hAnsi="Times New Roman" w:cs="Times New Roman"/>
          <w:sz w:val="24"/>
          <w:szCs w:val="24"/>
          <w:lang w:val="tr-TR"/>
        </w:rPr>
        <w:br/>
      </w:r>
      <w:r>
        <w:rPr>
          <w:rFonts w:ascii="Times New Roman" w:hAnsi="Times New Roman" w:cs="Times New Roman"/>
          <w:sz w:val="24"/>
          <w:szCs w:val="24"/>
          <w:lang w:val="tr-TR"/>
        </w:rPr>
        <w:br/>
      </w:r>
    </w:p>
    <w:p>
      <w:pPr>
        <w:pStyle w:val="Balk2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G. Değerlendirme Takımından Özellikle Görüş Beklenen Konular</w:t>
      </w:r>
    </w:p>
    <w:p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Akran değerlendirme sürecinde Değerlendirme Takımının görüş ve önerilerinden özellikle yararlanmak istediğiniz konuları kısaca belirtiniz.</w:t>
      </w:r>
    </w:p>
    <w:p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>
      <w:pPr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br/>
      </w:r>
      <w:r>
        <w:rPr>
          <w:rFonts w:ascii="Times New Roman" w:hAnsi="Times New Roman" w:cs="Times New Roman"/>
          <w:lang w:val="tr-TR"/>
        </w:rPr>
        <w:br/>
      </w:r>
      <w:r>
        <w:rPr>
          <w:rFonts w:ascii="Times New Roman" w:hAnsi="Times New Roman" w:cs="Times New Roman"/>
          <w:lang w:val="tr-TR"/>
        </w:rPr>
        <w:br/>
      </w:r>
    </w:p>
    <w:p>
      <w:pPr>
        <w:pStyle w:val="Balk2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H. Sunulan Kanıtlar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46"/>
        <w:gridCol w:w="7784"/>
      </w:tblGrid>
      <w:tr>
        <w:tc>
          <w:tcPr>
            <w:tcW w:w="84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No</w:t>
            </w:r>
          </w:p>
        </w:tc>
        <w:tc>
          <w:tcPr>
            <w:tcW w:w="778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Doküman / Kanıt</w:t>
            </w:r>
          </w:p>
        </w:tc>
      </w:tr>
      <w:tr>
        <w:tc>
          <w:tcPr>
            <w:tcW w:w="84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778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>
        <w:tc>
          <w:tcPr>
            <w:tcW w:w="84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</w:tc>
        <w:tc>
          <w:tcPr>
            <w:tcW w:w="778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>
        <w:tc>
          <w:tcPr>
            <w:tcW w:w="84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</w:tc>
        <w:tc>
          <w:tcPr>
            <w:tcW w:w="778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>
        <w:tc>
          <w:tcPr>
            <w:tcW w:w="84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</w:tc>
        <w:tc>
          <w:tcPr>
            <w:tcW w:w="778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>
        <w:tc>
          <w:tcPr>
            <w:tcW w:w="84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778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>
      <w:pPr>
        <w:pStyle w:val="Balk2"/>
        <w:rPr>
          <w:rFonts w:ascii="Times New Roman" w:hAnsi="Times New Roman" w:cs="Times New Roman"/>
          <w:sz w:val="24"/>
          <w:szCs w:val="24"/>
          <w:lang w:val="tr-TR"/>
        </w:rPr>
      </w:pPr>
    </w:p>
    <w:p>
      <w:pPr>
        <w:pStyle w:val="Balk2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I. Birim Beyanı</w:t>
      </w:r>
    </w:p>
    <w:p>
      <w:pPr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Bu formda yer alan bilgilerin doğru ve güncel olduğu beyan edilir.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>
        <w:tc>
          <w:tcPr>
            <w:tcW w:w="288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Adı Soyadı</w:t>
            </w:r>
          </w:p>
        </w:tc>
        <w:tc>
          <w:tcPr>
            <w:tcW w:w="288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Görev</w:t>
            </w:r>
          </w:p>
        </w:tc>
        <w:tc>
          <w:tcPr>
            <w:tcW w:w="288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Tarih</w:t>
            </w:r>
          </w:p>
        </w:tc>
      </w:tr>
      <w:tr>
        <w:tc>
          <w:tcPr>
            <w:tcW w:w="288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8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8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>
        <w:tc>
          <w:tcPr>
            <w:tcW w:w="288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8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80" w:type="dxa"/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  <w:lang w:val="tr-TR"/>
        </w:rPr>
      </w:pPr>
    </w:p>
    <w:sectPr>
      <w:headerReference w:type="default" r:id="rId8"/>
      <w:pgSz w:w="12240" w:h="15840"/>
      <w:pgMar w:top="1440" w:right="1183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82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418"/>
      <w:gridCol w:w="5387"/>
      <w:gridCol w:w="1417"/>
      <w:gridCol w:w="1560"/>
    </w:tblGrid>
    <w:tr>
      <w:trPr>
        <w:trHeight w:val="234"/>
      </w:trPr>
      <w:tc>
        <w:tcPr>
          <w:tcW w:w="141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Times New Roman"/>
              <w:color w:val="595959"/>
              <w:lang w:val="tr-TR" w:eastAsia="tr-TR"/>
            </w:rPr>
          </w:pPr>
          <w:r>
            <w:rPr>
              <w:rFonts w:ascii="Calibri" w:eastAsia="Calibri" w:hAnsi="Calibri" w:cs="Times New Roman"/>
              <w:noProof/>
              <w:color w:val="595959"/>
              <w:lang w:val="tr-TR" w:eastAsia="tr-TR"/>
            </w:rPr>
            <w:drawing>
              <wp:inline distT="0" distB="0" distL="0" distR="0">
                <wp:extent cx="763270" cy="673735"/>
                <wp:effectExtent l="0" t="0" r="0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270" cy="673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lang w:val="tr-TR" w:eastAsia="tr-TR"/>
            </w:rPr>
          </w:pPr>
        </w:p>
        <w:p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val="tr-TR" w:eastAsia="tr-TR"/>
            </w:rPr>
          </w:pPr>
          <w:r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val="tr-TR" w:eastAsia="tr-TR"/>
            </w:rPr>
            <w:t xml:space="preserve">AKRAN DEĞERLENDİRME </w:t>
          </w:r>
        </w:p>
        <w:p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val="tr-TR" w:eastAsia="tr-TR"/>
            </w:rPr>
          </w:pPr>
          <w:r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val="tr-TR" w:eastAsia="tr-TR"/>
            </w:rPr>
            <w:t>ÖN BİLGİ FORMU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Doküman No</w:t>
          </w:r>
        </w:p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BÜKAK.FRM.90</w:t>
          </w:r>
        </w:p>
      </w:tc>
    </w:tr>
    <w:tr>
      <w:trPr>
        <w:trHeight w:val="245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538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Yayım Tarihi</w:t>
          </w:r>
        </w:p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10.06.2026</w:t>
          </w:r>
        </w:p>
      </w:tc>
    </w:tr>
    <w:tr>
      <w:trPr>
        <w:trHeight w:val="198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538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Revizyon Tarihi</w:t>
          </w:r>
        </w:p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00.00.0000</w:t>
          </w:r>
        </w:p>
      </w:tc>
    </w:tr>
    <w:tr>
      <w:trPr>
        <w:trHeight w:val="198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538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Revizyon No</w:t>
          </w:r>
        </w:p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00</w:t>
          </w:r>
        </w:p>
      </w:tc>
    </w:tr>
    <w:tr>
      <w:trPr>
        <w:trHeight w:val="245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538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Sayfa</w:t>
          </w:r>
        </w:p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begin"/>
          </w:r>
          <w:r>
            <w:rPr>
              <w:rFonts w:ascii="Times New Roman" w:eastAsia="Arial" w:hAnsi="Times New Roman" w:cs="Times New Roman"/>
              <w:sz w:val="18"/>
              <w:szCs w:val="18"/>
              <w:lang w:val="tr-TR" w:eastAsia="tr-TR"/>
            </w:rPr>
            <w:instrText>PAGE</w:instrText>
          </w:r>
          <w:r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separate"/>
          </w:r>
          <w:r>
            <w:rPr>
              <w:rFonts w:ascii="Times New Roman" w:eastAsia="Arial" w:hAnsi="Times New Roman" w:cs="Times New Roman"/>
              <w:noProof/>
              <w:sz w:val="18"/>
              <w:szCs w:val="18"/>
              <w:lang w:val="tr-TR" w:eastAsia="tr-TR"/>
            </w:rPr>
            <w:t>2</w:t>
          </w:r>
          <w:r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end"/>
          </w:r>
          <w:r>
            <w:rPr>
              <w:rFonts w:ascii="Times New Roman" w:eastAsia="Arial" w:hAnsi="Times New Roman" w:cs="Times New Roman"/>
              <w:sz w:val="18"/>
              <w:szCs w:val="18"/>
              <w:lang w:val="tr-TR" w:eastAsia="tr-TR"/>
            </w:rPr>
            <w:t xml:space="preserve"> / </w:t>
          </w:r>
          <w:r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begin"/>
          </w:r>
          <w:r>
            <w:rPr>
              <w:rFonts w:ascii="Times New Roman" w:eastAsia="Arial" w:hAnsi="Times New Roman" w:cs="Times New Roman"/>
              <w:sz w:val="18"/>
              <w:szCs w:val="18"/>
              <w:lang w:val="tr-TR" w:eastAsia="tr-TR"/>
            </w:rPr>
            <w:instrText>NUMPAGES</w:instrText>
          </w:r>
          <w:r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separate"/>
          </w:r>
          <w:r>
            <w:rPr>
              <w:rFonts w:ascii="Times New Roman" w:eastAsia="Arial" w:hAnsi="Times New Roman" w:cs="Times New Roman"/>
              <w:noProof/>
              <w:sz w:val="18"/>
              <w:szCs w:val="18"/>
              <w:lang w:val="tr-TR" w:eastAsia="tr-TR"/>
            </w:rPr>
            <w:t>2</w:t>
          </w:r>
          <w:r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end"/>
          </w:r>
        </w:p>
      </w:tc>
    </w:tr>
  </w:tbl>
  <w:p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1D3852C-CA2D-461D-9753-F7D3E0FC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</w:style>
  <w:style w:type="paragraph" w:styleId="AralkYok">
    <w:name w:val="No Spacing"/>
    <w:uiPriority w:val="1"/>
    <w:qFormat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</w:style>
  <w:style w:type="paragraph" w:styleId="GvdeMetni2">
    <w:name w:val="Body Text 2"/>
    <w:basedOn w:val="Normal"/>
    <w:link w:val="GvdeMetni2Char"/>
    <w:uiPriority w:val="99"/>
    <w:unhideWhenUsed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</w:style>
  <w:style w:type="paragraph" w:styleId="GvdeMetni3">
    <w:name w:val="Body Text 3"/>
    <w:basedOn w:val="Normal"/>
    <w:link w:val="GvdeMetni3Char"/>
    <w:uiPriority w:val="99"/>
    <w:unhideWhenUsed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Pr>
      <w:sz w:val="16"/>
      <w:szCs w:val="16"/>
    </w:rPr>
  </w:style>
  <w:style w:type="paragraph" w:styleId="Liste">
    <w:name w:val="List"/>
    <w:basedOn w:val="Normal"/>
    <w:uiPriority w:val="99"/>
    <w:unhideWhenUsed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character" w:styleId="Vurgu">
    <w:name w:val="Emphasis"/>
    <w:basedOn w:val="VarsaylanParagrafYazTipi"/>
    <w:uiPriority w:val="20"/>
    <w:qFormat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pPr>
      <w:outlineLvl w:val="9"/>
    </w:pPr>
  </w:style>
  <w:style w:type="table" w:styleId="TabloKlavuzu">
    <w:name w:val="Table Grid"/>
    <w:basedOn w:val="NormalTablo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6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53C366-9E03-4DA0-9F0A-28194BF3A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12</cp:revision>
  <cp:lastPrinted>2026-06-10T08:03:00Z</cp:lastPrinted>
  <dcterms:created xsi:type="dcterms:W3CDTF">2026-06-10T08:03:00Z</dcterms:created>
  <dcterms:modified xsi:type="dcterms:W3CDTF">2026-09-27T08:49:00Z</dcterms:modified>
  <cp:category/>
</cp:coreProperties>
</file>