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B9AAA" w14:textId="2F89C8D1" w:rsidR="00FF3E9D" w:rsidRPr="00F474C3" w:rsidRDefault="008948EB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74C3">
        <w:rPr>
          <w:rFonts w:ascii="Times New Roman" w:hAnsi="Times New Roman" w:cs="Times New Roman"/>
          <w:b/>
          <w:bCs/>
          <w:sz w:val="24"/>
          <w:szCs w:val="24"/>
        </w:rPr>
        <w:t>Genel</w:t>
      </w:r>
      <w:proofErr w:type="spellEnd"/>
      <w:r w:rsidRPr="00F474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474C3">
        <w:rPr>
          <w:rFonts w:ascii="Times New Roman" w:hAnsi="Times New Roman" w:cs="Times New Roman"/>
          <w:b/>
          <w:bCs/>
          <w:sz w:val="24"/>
          <w:szCs w:val="24"/>
        </w:rPr>
        <w:t>Görünüm</w:t>
      </w:r>
      <w:proofErr w:type="spellEnd"/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3402"/>
      </w:tblGrid>
      <w:tr w:rsidR="00FF3E9D" w:rsidRPr="00235ADD" w14:paraId="68974D6B" w14:textId="77777777" w:rsidTr="0024678D">
        <w:trPr>
          <w:jc w:val="center"/>
        </w:trPr>
        <w:tc>
          <w:tcPr>
            <w:tcW w:w="5670" w:type="dxa"/>
          </w:tcPr>
          <w:p w14:paraId="63293FD3" w14:textId="77777777" w:rsidR="00FF3E9D" w:rsidRPr="00235ADD" w:rsidRDefault="00894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35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Gösterge</w:t>
            </w:r>
            <w:proofErr w:type="spellEnd"/>
          </w:p>
        </w:tc>
        <w:tc>
          <w:tcPr>
            <w:tcW w:w="3402" w:type="dxa"/>
          </w:tcPr>
          <w:p w14:paraId="40827A36" w14:textId="77777777" w:rsidR="00FF3E9D" w:rsidRPr="00235ADD" w:rsidRDefault="00894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Sayı</w:t>
            </w:r>
          </w:p>
        </w:tc>
      </w:tr>
      <w:tr w:rsidR="00FF3E9D" w:rsidRPr="000D7F13" w14:paraId="02F8834B" w14:textId="77777777" w:rsidTr="0024678D">
        <w:trPr>
          <w:jc w:val="center"/>
        </w:trPr>
        <w:tc>
          <w:tcPr>
            <w:tcW w:w="5670" w:type="dxa"/>
          </w:tcPr>
          <w:p w14:paraId="72A6584A" w14:textId="77777777" w:rsidR="00FF3E9D" w:rsidRPr="000D7F13" w:rsidRDefault="008948EB" w:rsidP="00235A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D7F1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Akredite program sayısı</w:t>
            </w:r>
          </w:p>
        </w:tc>
        <w:tc>
          <w:tcPr>
            <w:tcW w:w="3402" w:type="dxa"/>
          </w:tcPr>
          <w:p w14:paraId="729616E0" w14:textId="77777777" w:rsidR="00FF3E9D" w:rsidRPr="000D7F13" w:rsidRDefault="00FF3E9D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FF3E9D" w:rsidRPr="000D7F13" w14:paraId="2D92C922" w14:textId="77777777" w:rsidTr="0024678D">
        <w:trPr>
          <w:jc w:val="center"/>
        </w:trPr>
        <w:tc>
          <w:tcPr>
            <w:tcW w:w="5670" w:type="dxa"/>
          </w:tcPr>
          <w:p w14:paraId="12D187BA" w14:textId="77777777" w:rsidR="00FF3E9D" w:rsidRPr="000D7F13" w:rsidRDefault="0089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F13">
              <w:rPr>
                <w:rFonts w:ascii="Times New Roman" w:hAnsi="Times New Roman" w:cs="Times New Roman"/>
                <w:sz w:val="24"/>
                <w:szCs w:val="24"/>
              </w:rPr>
              <w:t>Bu yıl başvuran program</w:t>
            </w:r>
          </w:p>
        </w:tc>
        <w:tc>
          <w:tcPr>
            <w:tcW w:w="3402" w:type="dxa"/>
          </w:tcPr>
          <w:p w14:paraId="0B5095E2" w14:textId="77777777" w:rsidR="00FF3E9D" w:rsidRPr="000D7F13" w:rsidRDefault="00FF3E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E9D" w:rsidRPr="000D7F13" w14:paraId="5644A5AC" w14:textId="77777777" w:rsidTr="0024678D">
        <w:trPr>
          <w:jc w:val="center"/>
        </w:trPr>
        <w:tc>
          <w:tcPr>
            <w:tcW w:w="5670" w:type="dxa"/>
          </w:tcPr>
          <w:p w14:paraId="733AE282" w14:textId="77777777" w:rsidR="00FF3E9D" w:rsidRPr="000D7F13" w:rsidRDefault="0089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F13">
              <w:rPr>
                <w:rFonts w:ascii="Times New Roman" w:hAnsi="Times New Roman" w:cs="Times New Roman"/>
                <w:sz w:val="24"/>
                <w:szCs w:val="24"/>
              </w:rPr>
              <w:t>Yeniden akreditasyon alan</w:t>
            </w:r>
          </w:p>
        </w:tc>
        <w:tc>
          <w:tcPr>
            <w:tcW w:w="3402" w:type="dxa"/>
          </w:tcPr>
          <w:p w14:paraId="3510882B" w14:textId="77777777" w:rsidR="00FF3E9D" w:rsidRPr="000D7F13" w:rsidRDefault="00FF3E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F6CA58" w14:textId="1293F991" w:rsidR="00FF3E9D" w:rsidRDefault="008948EB">
      <w:pPr>
        <w:rPr>
          <w:rFonts w:ascii="Times New Roman" w:hAnsi="Times New Roman" w:cs="Times New Roman"/>
          <w:sz w:val="24"/>
          <w:szCs w:val="24"/>
        </w:rPr>
      </w:pPr>
      <w:r w:rsidRPr="000D7F13">
        <w:rPr>
          <w:rFonts w:ascii="Times New Roman" w:hAnsi="Times New Roman" w:cs="Times New Roman"/>
          <w:sz w:val="24"/>
          <w:szCs w:val="24"/>
        </w:rPr>
        <w:br/>
      </w:r>
      <w:r w:rsidRPr="00F474C3">
        <w:rPr>
          <w:rFonts w:ascii="Times New Roman" w:hAnsi="Times New Roman" w:cs="Times New Roman"/>
          <w:b/>
          <w:bCs/>
          <w:sz w:val="24"/>
          <w:szCs w:val="24"/>
          <w:lang w:val="tr-TR"/>
        </w:rPr>
        <w:t>İyileştirme Önerileri</w:t>
      </w:r>
      <w:r w:rsidRPr="000D7F13">
        <w:rPr>
          <w:rFonts w:ascii="Times New Roman" w:hAnsi="Times New Roman" w:cs="Times New Roman"/>
          <w:sz w:val="24"/>
          <w:szCs w:val="24"/>
          <w:lang w:val="tr-TR"/>
        </w:rPr>
        <w:br/>
      </w:r>
    </w:p>
    <w:p w14:paraId="51D9DCDB" w14:textId="2DFAABB4" w:rsidR="00F474C3" w:rsidRDefault="00F474C3">
      <w:pPr>
        <w:rPr>
          <w:rFonts w:ascii="Times New Roman" w:hAnsi="Times New Roman" w:cs="Times New Roman"/>
          <w:sz w:val="24"/>
          <w:szCs w:val="24"/>
        </w:rPr>
      </w:pPr>
    </w:p>
    <w:p w14:paraId="0499F2AF" w14:textId="20FFD255" w:rsidR="00F474C3" w:rsidRDefault="00F474C3">
      <w:pPr>
        <w:rPr>
          <w:rFonts w:ascii="Times New Roman" w:hAnsi="Times New Roman" w:cs="Times New Roman"/>
          <w:sz w:val="24"/>
          <w:szCs w:val="24"/>
        </w:rPr>
      </w:pPr>
    </w:p>
    <w:p w14:paraId="1134C78C" w14:textId="30D7EFF8" w:rsidR="00F474C3" w:rsidRDefault="00F474C3">
      <w:pPr>
        <w:rPr>
          <w:rFonts w:ascii="Times New Roman" w:hAnsi="Times New Roman" w:cs="Times New Roman"/>
          <w:sz w:val="24"/>
          <w:szCs w:val="24"/>
        </w:rPr>
      </w:pPr>
    </w:p>
    <w:p w14:paraId="671DDA14" w14:textId="7F441B10" w:rsidR="00F474C3" w:rsidRDefault="00F474C3">
      <w:pPr>
        <w:rPr>
          <w:rFonts w:ascii="Times New Roman" w:hAnsi="Times New Roman" w:cs="Times New Roman"/>
          <w:sz w:val="24"/>
          <w:szCs w:val="24"/>
        </w:rPr>
      </w:pPr>
    </w:p>
    <w:p w14:paraId="72CF20EE" w14:textId="0F2F4EDD" w:rsidR="00F474C3" w:rsidRDefault="00F474C3">
      <w:pPr>
        <w:rPr>
          <w:rFonts w:ascii="Times New Roman" w:hAnsi="Times New Roman" w:cs="Times New Roman"/>
          <w:sz w:val="24"/>
          <w:szCs w:val="24"/>
        </w:rPr>
      </w:pPr>
    </w:p>
    <w:p w14:paraId="24F12644" w14:textId="5255B819" w:rsidR="00F474C3" w:rsidRDefault="00F474C3">
      <w:pPr>
        <w:rPr>
          <w:rFonts w:ascii="Times New Roman" w:hAnsi="Times New Roman" w:cs="Times New Roman"/>
          <w:sz w:val="24"/>
          <w:szCs w:val="24"/>
        </w:rPr>
      </w:pPr>
    </w:p>
    <w:p w14:paraId="3D84762B" w14:textId="1DB6165B" w:rsidR="00F474C3" w:rsidRDefault="00F474C3">
      <w:pPr>
        <w:rPr>
          <w:rFonts w:ascii="Times New Roman" w:hAnsi="Times New Roman" w:cs="Times New Roman"/>
          <w:sz w:val="24"/>
          <w:szCs w:val="24"/>
        </w:rPr>
      </w:pPr>
    </w:p>
    <w:p w14:paraId="6D846684" w14:textId="0B5DBE68" w:rsidR="00F474C3" w:rsidRDefault="00F474C3">
      <w:pPr>
        <w:rPr>
          <w:rFonts w:ascii="Times New Roman" w:hAnsi="Times New Roman" w:cs="Times New Roman"/>
          <w:sz w:val="24"/>
          <w:szCs w:val="24"/>
        </w:rPr>
      </w:pPr>
    </w:p>
    <w:p w14:paraId="265E575A" w14:textId="0C49DAAF" w:rsidR="00F474C3" w:rsidRDefault="00F474C3">
      <w:pPr>
        <w:rPr>
          <w:rFonts w:ascii="Times New Roman" w:hAnsi="Times New Roman" w:cs="Times New Roman"/>
          <w:sz w:val="24"/>
          <w:szCs w:val="24"/>
        </w:rPr>
      </w:pPr>
    </w:p>
    <w:p w14:paraId="08572DE4" w14:textId="13882DCA" w:rsidR="00F474C3" w:rsidRDefault="00F474C3">
      <w:pPr>
        <w:rPr>
          <w:rFonts w:ascii="Times New Roman" w:hAnsi="Times New Roman" w:cs="Times New Roman"/>
          <w:sz w:val="24"/>
          <w:szCs w:val="24"/>
        </w:rPr>
      </w:pPr>
    </w:p>
    <w:p w14:paraId="6A516D6E" w14:textId="77777777" w:rsidR="00F474C3" w:rsidRPr="000D7F13" w:rsidRDefault="00F474C3">
      <w:pPr>
        <w:rPr>
          <w:rFonts w:ascii="Times New Roman" w:hAnsi="Times New Roman" w:cs="Times New Roman"/>
          <w:sz w:val="24"/>
          <w:szCs w:val="24"/>
        </w:rPr>
      </w:pPr>
    </w:p>
    <w:p w14:paraId="0DBD6D9C" w14:textId="7C3A5E71" w:rsidR="00FF3E9D" w:rsidRPr="00F474C3" w:rsidRDefault="008948E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7F13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9915" w:type="dxa"/>
        <w:jc w:val="center"/>
        <w:tblLook w:val="04A0" w:firstRow="1" w:lastRow="0" w:firstColumn="1" w:lastColumn="0" w:noHBand="0" w:noVBand="1"/>
      </w:tblPr>
      <w:tblGrid>
        <w:gridCol w:w="3305"/>
        <w:gridCol w:w="3305"/>
        <w:gridCol w:w="3305"/>
      </w:tblGrid>
      <w:tr w:rsidR="00FF3E9D" w:rsidRPr="000D7F13" w14:paraId="76CDCC8C" w14:textId="77777777" w:rsidTr="00F474C3">
        <w:trPr>
          <w:trHeight w:val="495"/>
          <w:jc w:val="center"/>
        </w:trPr>
        <w:tc>
          <w:tcPr>
            <w:tcW w:w="3305" w:type="dxa"/>
          </w:tcPr>
          <w:p w14:paraId="3722B2C5" w14:textId="77777777" w:rsidR="00FF3E9D" w:rsidRPr="000D7F13" w:rsidRDefault="0089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F13">
              <w:rPr>
                <w:rFonts w:ascii="Times New Roman" w:hAnsi="Times New Roman" w:cs="Times New Roman"/>
                <w:sz w:val="24"/>
                <w:szCs w:val="24"/>
              </w:rPr>
              <w:t>Hazırlayan</w:t>
            </w:r>
            <w:proofErr w:type="spellEnd"/>
          </w:p>
        </w:tc>
        <w:tc>
          <w:tcPr>
            <w:tcW w:w="3305" w:type="dxa"/>
          </w:tcPr>
          <w:p w14:paraId="4930F2C7" w14:textId="77777777" w:rsidR="00FF3E9D" w:rsidRPr="000D7F13" w:rsidRDefault="0089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F13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</w:p>
        </w:tc>
        <w:tc>
          <w:tcPr>
            <w:tcW w:w="3305" w:type="dxa"/>
          </w:tcPr>
          <w:p w14:paraId="75DE9382" w14:textId="77777777" w:rsidR="00FF3E9D" w:rsidRPr="000D7F13" w:rsidRDefault="0089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F13">
              <w:rPr>
                <w:rFonts w:ascii="Times New Roman" w:hAnsi="Times New Roman" w:cs="Times New Roman"/>
                <w:sz w:val="24"/>
                <w:szCs w:val="24"/>
              </w:rPr>
              <w:t>Onay</w:t>
            </w:r>
          </w:p>
        </w:tc>
      </w:tr>
      <w:tr w:rsidR="00FF3E9D" w:rsidRPr="000D7F13" w14:paraId="2B617F00" w14:textId="77777777" w:rsidTr="00F474C3">
        <w:trPr>
          <w:trHeight w:val="509"/>
          <w:jc w:val="center"/>
        </w:trPr>
        <w:tc>
          <w:tcPr>
            <w:tcW w:w="3305" w:type="dxa"/>
          </w:tcPr>
          <w:p w14:paraId="502D0D78" w14:textId="1533B884" w:rsidR="00FF3E9D" w:rsidRPr="000D7F13" w:rsidRDefault="00FF3E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14:paraId="6B6AA31C" w14:textId="77777777" w:rsidR="00FF3E9D" w:rsidRPr="000D7F13" w:rsidRDefault="00FF3E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14:paraId="7500664D" w14:textId="188A8597" w:rsidR="00FF3E9D" w:rsidRPr="000D7F13" w:rsidRDefault="00FF3E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51F38C" w14:textId="77777777" w:rsidR="008948EB" w:rsidRPr="000D7F13" w:rsidRDefault="008948EB">
      <w:pPr>
        <w:rPr>
          <w:rFonts w:ascii="Times New Roman" w:hAnsi="Times New Roman" w:cs="Times New Roman"/>
          <w:sz w:val="24"/>
          <w:szCs w:val="24"/>
        </w:rPr>
      </w:pPr>
    </w:p>
    <w:sectPr w:rsidR="008948EB" w:rsidRPr="000D7F13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8F328" w14:textId="77777777" w:rsidR="00FC2C07" w:rsidRDefault="00FC2C07" w:rsidP="006134A5">
      <w:pPr>
        <w:spacing w:after="0" w:line="240" w:lineRule="auto"/>
      </w:pPr>
      <w:r>
        <w:separator/>
      </w:r>
    </w:p>
  </w:endnote>
  <w:endnote w:type="continuationSeparator" w:id="0">
    <w:p w14:paraId="31A82064" w14:textId="77777777" w:rsidR="00FC2C07" w:rsidRDefault="00FC2C07" w:rsidP="00613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054D9" w14:textId="77777777" w:rsidR="00FC2C07" w:rsidRDefault="00FC2C07" w:rsidP="006134A5">
      <w:pPr>
        <w:spacing w:after="0" w:line="240" w:lineRule="auto"/>
      </w:pPr>
      <w:r>
        <w:separator/>
      </w:r>
    </w:p>
  </w:footnote>
  <w:footnote w:type="continuationSeparator" w:id="0">
    <w:p w14:paraId="3304AD0A" w14:textId="77777777" w:rsidR="00FC2C07" w:rsidRDefault="00FC2C07" w:rsidP="00613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10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418"/>
      <w:gridCol w:w="5416"/>
      <w:gridCol w:w="1417"/>
      <w:gridCol w:w="1559"/>
    </w:tblGrid>
    <w:tr w:rsidR="006134A5" w:rsidRPr="00C6777A" w14:paraId="4E78E1E0" w14:textId="77777777" w:rsidTr="00EF0170">
      <w:trPr>
        <w:trHeight w:val="287"/>
      </w:trPr>
      <w:tc>
        <w:tcPr>
          <w:tcW w:w="141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ECAE989" w14:textId="77777777" w:rsidR="006134A5" w:rsidRPr="00C6777A" w:rsidRDefault="006134A5" w:rsidP="006134A5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Calibri" w:eastAsia="Calibri" w:hAnsi="Calibri" w:cs="Arial"/>
              <w:lang w:val="tr-TR"/>
            </w:rPr>
          </w:pPr>
          <w:r w:rsidRPr="00C6777A">
            <w:rPr>
              <w:rFonts w:ascii="Calibri" w:eastAsia="Calibri" w:hAnsi="Calibri" w:cs="Arial"/>
              <w:noProof/>
              <w:lang w:val="tr-TR" w:eastAsia="tr-TR"/>
            </w:rPr>
            <w:drawing>
              <wp:inline distT="0" distB="0" distL="0" distR="0" wp14:anchorId="748C074B" wp14:editId="3B00BC29">
                <wp:extent cx="647700" cy="622300"/>
                <wp:effectExtent l="19050" t="0" r="0" b="0"/>
                <wp:docPr id="67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96E19A3" w14:textId="77777777" w:rsidR="006134A5" w:rsidRPr="00C6777A" w:rsidRDefault="006134A5" w:rsidP="006134A5">
          <w:pPr>
            <w:tabs>
              <w:tab w:val="center" w:pos="4536"/>
              <w:tab w:val="right" w:pos="9072"/>
            </w:tabs>
            <w:spacing w:after="0" w:line="259" w:lineRule="auto"/>
            <w:jc w:val="center"/>
            <w:rPr>
              <w:rFonts w:ascii="Arial" w:eastAsia="Arial" w:hAnsi="Arial" w:cs="Arial"/>
              <w:color w:val="000000"/>
              <w:lang w:val="tr-TR"/>
            </w:rPr>
          </w:pPr>
        </w:p>
        <w:p w14:paraId="0FDA7F93" w14:textId="4B74FCF5" w:rsidR="006134A5" w:rsidRPr="00C6777A" w:rsidRDefault="006134A5" w:rsidP="006134A5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Times New Roman" w:eastAsia="Calibri" w:hAnsi="Times New Roman" w:cs="Arial"/>
              <w:b/>
              <w:bCs/>
              <w:sz w:val="28"/>
              <w:szCs w:val="28"/>
            </w:rPr>
          </w:pPr>
          <w:r>
            <w:rPr>
              <w:rFonts w:ascii="Times New Roman" w:eastAsia="Calibri" w:hAnsi="Times New Roman" w:cs="Arial"/>
              <w:b/>
              <w:bCs/>
              <w:sz w:val="28"/>
              <w:szCs w:val="28"/>
            </w:rPr>
            <w:t>YILLIK AKREDİTASYON İZLEME VE DEĞERLENDİRME</w:t>
          </w:r>
          <w:r w:rsidRPr="00C6777A">
            <w:rPr>
              <w:rFonts w:ascii="Times New Roman" w:eastAsia="Calibri" w:hAnsi="Times New Roman" w:cs="Arial"/>
              <w:b/>
              <w:bCs/>
              <w:sz w:val="28"/>
              <w:szCs w:val="28"/>
            </w:rPr>
            <w:t xml:space="preserve"> </w:t>
          </w:r>
          <w:r>
            <w:rPr>
              <w:rFonts w:ascii="Times New Roman" w:eastAsia="Calibri" w:hAnsi="Times New Roman" w:cs="Arial"/>
              <w:b/>
              <w:bCs/>
              <w:sz w:val="28"/>
              <w:szCs w:val="28"/>
            </w:rPr>
            <w:t xml:space="preserve">FORMU 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5CD988" w14:textId="77777777" w:rsidR="006134A5" w:rsidRPr="00C6777A" w:rsidRDefault="006134A5" w:rsidP="006134A5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Doküman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1219EA" w14:textId="0C9069D4" w:rsidR="006134A5" w:rsidRPr="00C6777A" w:rsidRDefault="006134A5" w:rsidP="006134A5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BÜKAK.</w:t>
          </w:r>
          <w:r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FRM.83</w:t>
          </w:r>
        </w:p>
      </w:tc>
    </w:tr>
    <w:tr w:rsidR="006134A5" w:rsidRPr="00C6777A" w14:paraId="3DF9A253" w14:textId="77777777" w:rsidTr="00EF0170">
      <w:trPr>
        <w:trHeight w:val="287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E7E2D3D" w14:textId="77777777" w:rsidR="006134A5" w:rsidRPr="00C6777A" w:rsidRDefault="006134A5" w:rsidP="006134A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9A2EFD" w14:textId="77777777" w:rsidR="006134A5" w:rsidRPr="00C6777A" w:rsidRDefault="006134A5" w:rsidP="006134A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0971BB" w14:textId="77777777" w:rsidR="006134A5" w:rsidRPr="00C6777A" w:rsidRDefault="006134A5" w:rsidP="006134A5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Yayım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45CFA43" w14:textId="77777777" w:rsidR="006134A5" w:rsidRPr="00C6777A" w:rsidRDefault="006134A5" w:rsidP="006134A5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03.12.2025</w:t>
          </w:r>
        </w:p>
      </w:tc>
    </w:tr>
    <w:tr w:rsidR="006134A5" w:rsidRPr="00C6777A" w14:paraId="2EBC2363" w14:textId="77777777" w:rsidTr="00EF0170">
      <w:trPr>
        <w:trHeight w:val="287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CD516A8" w14:textId="77777777" w:rsidR="006134A5" w:rsidRPr="00C6777A" w:rsidRDefault="006134A5" w:rsidP="006134A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5D2EFF8" w14:textId="77777777" w:rsidR="006134A5" w:rsidRPr="00C6777A" w:rsidRDefault="006134A5" w:rsidP="006134A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84CB4C5" w14:textId="77777777" w:rsidR="006134A5" w:rsidRPr="00C6777A" w:rsidRDefault="006134A5" w:rsidP="006134A5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Revizyon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1BF9B79" w14:textId="77777777" w:rsidR="006134A5" w:rsidRPr="00C6777A" w:rsidRDefault="006134A5" w:rsidP="006134A5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00.00.0000</w:t>
          </w:r>
        </w:p>
      </w:tc>
    </w:tr>
    <w:tr w:rsidR="006134A5" w:rsidRPr="00C6777A" w14:paraId="411C319F" w14:textId="77777777" w:rsidTr="00EF0170">
      <w:trPr>
        <w:trHeight w:val="287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2A649D0" w14:textId="77777777" w:rsidR="006134A5" w:rsidRPr="00C6777A" w:rsidRDefault="006134A5" w:rsidP="006134A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06A678F" w14:textId="77777777" w:rsidR="006134A5" w:rsidRPr="00C6777A" w:rsidRDefault="006134A5" w:rsidP="006134A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D13BF3A" w14:textId="77777777" w:rsidR="006134A5" w:rsidRPr="00C6777A" w:rsidRDefault="006134A5" w:rsidP="006134A5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Revizyon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9C0298" w14:textId="77777777" w:rsidR="006134A5" w:rsidRPr="00C6777A" w:rsidRDefault="006134A5" w:rsidP="006134A5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00</w:t>
          </w:r>
        </w:p>
      </w:tc>
    </w:tr>
    <w:tr w:rsidR="006134A5" w:rsidRPr="00C6777A" w14:paraId="45C6BEA1" w14:textId="77777777" w:rsidTr="00EF0170">
      <w:trPr>
        <w:trHeight w:val="287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1A887A3" w14:textId="77777777" w:rsidR="006134A5" w:rsidRPr="00C6777A" w:rsidRDefault="006134A5" w:rsidP="006134A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968611D" w14:textId="77777777" w:rsidR="006134A5" w:rsidRPr="00C6777A" w:rsidRDefault="006134A5" w:rsidP="006134A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4627AC3" w14:textId="77777777" w:rsidR="006134A5" w:rsidRPr="00C6777A" w:rsidRDefault="006134A5" w:rsidP="006134A5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Sayfa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10C73E4" w14:textId="77777777" w:rsidR="006134A5" w:rsidRPr="00C6777A" w:rsidRDefault="006134A5" w:rsidP="006134A5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fldChar w:fldCharType="begin"/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instrText>PAGE</w:instrText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fldChar w:fldCharType="separate"/>
          </w:r>
          <w:r w:rsidRPr="00C6777A">
            <w:rPr>
              <w:rFonts w:ascii="Times New Roman" w:eastAsia="Arial" w:hAnsi="Times New Roman" w:cs="Arial"/>
              <w:sz w:val="18"/>
              <w:szCs w:val="18"/>
            </w:rPr>
            <w:t>1</w:t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fldChar w:fldCharType="end"/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t xml:space="preserve"> / </w:t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fldChar w:fldCharType="begin"/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instrText>NUMPAGES</w:instrText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fldChar w:fldCharType="separate"/>
          </w:r>
          <w:r w:rsidRPr="00C6777A">
            <w:rPr>
              <w:rFonts w:ascii="Times New Roman" w:eastAsia="Arial" w:hAnsi="Times New Roman" w:cs="Arial"/>
              <w:sz w:val="18"/>
              <w:szCs w:val="18"/>
            </w:rPr>
            <w:t>4</w:t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fldChar w:fldCharType="end"/>
          </w:r>
        </w:p>
      </w:tc>
    </w:tr>
  </w:tbl>
  <w:p w14:paraId="422CC869" w14:textId="77777777" w:rsidR="006134A5" w:rsidRDefault="006134A5">
    <w:pPr>
      <w:pStyle w:val="stBilgi"/>
    </w:pPr>
  </w:p>
  <w:p w14:paraId="5E9E862F" w14:textId="77777777" w:rsidR="006134A5" w:rsidRDefault="006134A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F13"/>
    <w:rsid w:val="0015074B"/>
    <w:rsid w:val="001D19DA"/>
    <w:rsid w:val="001E2311"/>
    <w:rsid w:val="00235ADD"/>
    <w:rsid w:val="0024678D"/>
    <w:rsid w:val="0029639D"/>
    <w:rsid w:val="00326F90"/>
    <w:rsid w:val="006134A5"/>
    <w:rsid w:val="008948EB"/>
    <w:rsid w:val="00AA1D8D"/>
    <w:rsid w:val="00B47730"/>
    <w:rsid w:val="00BB686A"/>
    <w:rsid w:val="00CB0664"/>
    <w:rsid w:val="00EB5545"/>
    <w:rsid w:val="00F474C3"/>
    <w:rsid w:val="00FC2C07"/>
    <w:rsid w:val="00FC693F"/>
    <w:rsid w:val="00FF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2C823E"/>
  <w14:defaultImageDpi w14:val="300"/>
  <w15:docId w15:val="{02D68A94-3FED-45D9-BFBE-0C28983E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Baskent</cp:lastModifiedBy>
  <cp:revision>9</cp:revision>
  <dcterms:created xsi:type="dcterms:W3CDTF">2026-02-03T07:50:00Z</dcterms:created>
  <dcterms:modified xsi:type="dcterms:W3CDTF">2026-02-16T11:05:00Z</dcterms:modified>
  <cp:category/>
</cp:coreProperties>
</file>