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6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9"/>
        <w:gridCol w:w="5774"/>
      </w:tblGrid>
      <w:tr w:rsidR="00723916" w:rsidRPr="003F7016" w14:paraId="7FDD6A83" w14:textId="77777777" w:rsidTr="00EC3F19">
        <w:trPr>
          <w:trHeight w:val="524"/>
        </w:trPr>
        <w:tc>
          <w:tcPr>
            <w:tcW w:w="3989" w:type="dxa"/>
          </w:tcPr>
          <w:p w14:paraId="741DBB59" w14:textId="77777777" w:rsidR="00723916" w:rsidRPr="003F7016" w:rsidRDefault="00C8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016"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</w:p>
        </w:tc>
        <w:tc>
          <w:tcPr>
            <w:tcW w:w="5774" w:type="dxa"/>
          </w:tcPr>
          <w:p w14:paraId="33A94589" w14:textId="77777777" w:rsidR="00723916" w:rsidRPr="003F7016" w:rsidRDefault="00C8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016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</w:p>
        </w:tc>
      </w:tr>
      <w:tr w:rsidR="00723916" w:rsidRPr="003F7016" w14:paraId="39724291" w14:textId="77777777" w:rsidTr="00EC3F19">
        <w:trPr>
          <w:trHeight w:val="524"/>
        </w:trPr>
        <w:tc>
          <w:tcPr>
            <w:tcW w:w="3989" w:type="dxa"/>
          </w:tcPr>
          <w:p w14:paraId="6C4C2A4F" w14:textId="77777777" w:rsidR="00723916" w:rsidRPr="003F7016" w:rsidRDefault="00C8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016">
              <w:rPr>
                <w:rFonts w:ascii="Times New Roman" w:hAnsi="Times New Roman" w:cs="Times New Roman"/>
                <w:sz w:val="24"/>
                <w:szCs w:val="24"/>
              </w:rPr>
              <w:t>Fakülte / MYO</w:t>
            </w:r>
          </w:p>
        </w:tc>
        <w:tc>
          <w:tcPr>
            <w:tcW w:w="5774" w:type="dxa"/>
          </w:tcPr>
          <w:p w14:paraId="41000951" w14:textId="77777777" w:rsidR="00723916" w:rsidRPr="003F7016" w:rsidRDefault="00723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16" w:rsidRPr="003F7016" w14:paraId="146AE7D1" w14:textId="77777777" w:rsidTr="00EC3F19">
        <w:trPr>
          <w:trHeight w:val="524"/>
        </w:trPr>
        <w:tc>
          <w:tcPr>
            <w:tcW w:w="3989" w:type="dxa"/>
          </w:tcPr>
          <w:p w14:paraId="6F707BDB" w14:textId="77777777" w:rsidR="00723916" w:rsidRPr="003F7016" w:rsidRDefault="00C8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016">
              <w:rPr>
                <w:rFonts w:ascii="Times New Roman" w:hAnsi="Times New Roman" w:cs="Times New Roman"/>
                <w:sz w:val="24"/>
                <w:szCs w:val="24"/>
              </w:rPr>
              <w:t>Bölüm / Program</w:t>
            </w:r>
          </w:p>
        </w:tc>
        <w:tc>
          <w:tcPr>
            <w:tcW w:w="5774" w:type="dxa"/>
          </w:tcPr>
          <w:p w14:paraId="494C6FD4" w14:textId="77777777" w:rsidR="00723916" w:rsidRPr="003F7016" w:rsidRDefault="00723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16" w:rsidRPr="003F7016" w14:paraId="2AC611B5" w14:textId="77777777" w:rsidTr="00EC3F19">
        <w:trPr>
          <w:trHeight w:val="539"/>
        </w:trPr>
        <w:tc>
          <w:tcPr>
            <w:tcW w:w="3989" w:type="dxa"/>
          </w:tcPr>
          <w:p w14:paraId="644C018F" w14:textId="77777777" w:rsidR="00723916" w:rsidRPr="003F7016" w:rsidRDefault="00C8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016">
              <w:rPr>
                <w:rFonts w:ascii="Times New Roman" w:hAnsi="Times New Roman" w:cs="Times New Roman"/>
                <w:sz w:val="24"/>
                <w:szCs w:val="24"/>
              </w:rPr>
              <w:t>Akreditasyon Kuruluşu</w:t>
            </w:r>
          </w:p>
        </w:tc>
        <w:tc>
          <w:tcPr>
            <w:tcW w:w="5774" w:type="dxa"/>
          </w:tcPr>
          <w:p w14:paraId="52E4B379" w14:textId="77777777" w:rsidR="00723916" w:rsidRPr="003F7016" w:rsidRDefault="00723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16" w:rsidRPr="003F7016" w14:paraId="4CB101EF" w14:textId="77777777" w:rsidTr="00EC3F19">
        <w:trPr>
          <w:trHeight w:val="524"/>
        </w:trPr>
        <w:tc>
          <w:tcPr>
            <w:tcW w:w="3989" w:type="dxa"/>
          </w:tcPr>
          <w:p w14:paraId="0BA2240D" w14:textId="77777777" w:rsidR="00723916" w:rsidRPr="003F7016" w:rsidRDefault="00C8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016">
              <w:rPr>
                <w:rFonts w:ascii="Times New Roman" w:hAnsi="Times New Roman" w:cs="Times New Roman"/>
                <w:sz w:val="24"/>
                <w:szCs w:val="24"/>
              </w:rPr>
              <w:t>Akreditasyon Bitiş Tarihi</w:t>
            </w:r>
          </w:p>
        </w:tc>
        <w:tc>
          <w:tcPr>
            <w:tcW w:w="5774" w:type="dxa"/>
          </w:tcPr>
          <w:p w14:paraId="664DAB49" w14:textId="77777777" w:rsidR="00723916" w:rsidRPr="003F7016" w:rsidRDefault="00723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16" w:rsidRPr="003F7016" w14:paraId="6C8C6CE7" w14:textId="77777777" w:rsidTr="00EC3F19">
        <w:trPr>
          <w:trHeight w:val="524"/>
        </w:trPr>
        <w:tc>
          <w:tcPr>
            <w:tcW w:w="3989" w:type="dxa"/>
          </w:tcPr>
          <w:p w14:paraId="3DA415AD" w14:textId="77777777" w:rsidR="00723916" w:rsidRPr="003F7016" w:rsidRDefault="00C8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016">
              <w:rPr>
                <w:rFonts w:ascii="Times New Roman" w:hAnsi="Times New Roman" w:cs="Times New Roman"/>
                <w:sz w:val="24"/>
                <w:szCs w:val="24"/>
              </w:rPr>
              <w:t>Kalan Süre (ay)</w:t>
            </w:r>
          </w:p>
        </w:tc>
        <w:tc>
          <w:tcPr>
            <w:tcW w:w="5774" w:type="dxa"/>
          </w:tcPr>
          <w:p w14:paraId="5AE05E3F" w14:textId="77777777" w:rsidR="00723916" w:rsidRPr="003F7016" w:rsidRDefault="00723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16" w:rsidRPr="003F7016" w14:paraId="2619A4C4" w14:textId="77777777" w:rsidTr="00EC3F19">
        <w:trPr>
          <w:trHeight w:val="524"/>
        </w:trPr>
        <w:tc>
          <w:tcPr>
            <w:tcW w:w="3989" w:type="dxa"/>
          </w:tcPr>
          <w:p w14:paraId="623AC7D6" w14:textId="77777777" w:rsidR="00723916" w:rsidRPr="003F7016" w:rsidRDefault="00C8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016">
              <w:rPr>
                <w:rFonts w:ascii="Times New Roman" w:hAnsi="Times New Roman" w:cs="Times New Roman"/>
                <w:sz w:val="24"/>
                <w:szCs w:val="24"/>
              </w:rPr>
              <w:t>Birim Sorumlusu</w:t>
            </w:r>
          </w:p>
        </w:tc>
        <w:tc>
          <w:tcPr>
            <w:tcW w:w="5774" w:type="dxa"/>
          </w:tcPr>
          <w:p w14:paraId="04114891" w14:textId="77777777" w:rsidR="00723916" w:rsidRPr="003F7016" w:rsidRDefault="00723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16" w:rsidRPr="003F7016" w14:paraId="2B41B9E7" w14:textId="77777777" w:rsidTr="00EC3F19">
        <w:trPr>
          <w:trHeight w:val="524"/>
        </w:trPr>
        <w:tc>
          <w:tcPr>
            <w:tcW w:w="3989" w:type="dxa"/>
          </w:tcPr>
          <w:p w14:paraId="40D2AE9F" w14:textId="77777777" w:rsidR="00723916" w:rsidRPr="003F7016" w:rsidRDefault="00C8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016">
              <w:rPr>
                <w:rFonts w:ascii="Times New Roman" w:hAnsi="Times New Roman" w:cs="Times New Roman"/>
                <w:sz w:val="24"/>
                <w:szCs w:val="24"/>
              </w:rPr>
              <w:t>Komisyon Başkanı</w:t>
            </w:r>
          </w:p>
        </w:tc>
        <w:tc>
          <w:tcPr>
            <w:tcW w:w="5774" w:type="dxa"/>
          </w:tcPr>
          <w:p w14:paraId="6D81E52C" w14:textId="77777777" w:rsidR="00723916" w:rsidRPr="003F7016" w:rsidRDefault="00723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16" w:rsidRPr="003F7016" w14:paraId="5283D154" w14:textId="77777777" w:rsidTr="00EC3F19">
        <w:trPr>
          <w:trHeight w:val="524"/>
        </w:trPr>
        <w:tc>
          <w:tcPr>
            <w:tcW w:w="3989" w:type="dxa"/>
          </w:tcPr>
          <w:p w14:paraId="621C8FD0" w14:textId="0E7EE924" w:rsidR="00723916" w:rsidRPr="003F7016" w:rsidRDefault="00E220FA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F701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BÜK</w:t>
            </w:r>
            <w:r w:rsidR="00EC3F1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</w:t>
            </w:r>
            <w:r w:rsidRPr="003F701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 Bildirim</w:t>
            </w:r>
            <w:r w:rsidR="00C84B68" w:rsidRPr="003F701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Tarihi</w:t>
            </w:r>
          </w:p>
        </w:tc>
        <w:tc>
          <w:tcPr>
            <w:tcW w:w="5774" w:type="dxa"/>
          </w:tcPr>
          <w:p w14:paraId="7CC5FCE5" w14:textId="77777777" w:rsidR="00723916" w:rsidRPr="003F7016" w:rsidRDefault="0072391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1F32B160" w14:textId="08DCA5EA" w:rsidR="00723916" w:rsidRPr="003F7016" w:rsidRDefault="00C84B68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3F7016">
        <w:rPr>
          <w:rFonts w:ascii="Times New Roman" w:hAnsi="Times New Roman" w:cs="Times New Roman"/>
          <w:sz w:val="24"/>
          <w:szCs w:val="24"/>
          <w:lang w:val="tr-TR"/>
        </w:rPr>
        <w:br/>
        <w:t>Karşılaşılan sorunlar:</w:t>
      </w:r>
      <w:r w:rsidRPr="003F7016">
        <w:rPr>
          <w:rFonts w:ascii="Times New Roman" w:hAnsi="Times New Roman" w:cs="Times New Roman"/>
          <w:sz w:val="24"/>
          <w:szCs w:val="24"/>
          <w:lang w:val="tr-TR"/>
        </w:rPr>
        <w:br/>
        <w:t xml:space="preserve">- </w:t>
      </w:r>
      <w:r w:rsidRPr="003F7016">
        <w:rPr>
          <w:rFonts w:ascii="Times New Roman" w:hAnsi="Times New Roman" w:cs="Times New Roman"/>
          <w:sz w:val="24"/>
          <w:szCs w:val="24"/>
          <w:lang w:val="tr-TR"/>
        </w:rPr>
        <w:br/>
        <w:t xml:space="preserve">- </w:t>
      </w:r>
      <w:r w:rsidRPr="003F7016">
        <w:rPr>
          <w:rFonts w:ascii="Times New Roman" w:hAnsi="Times New Roman" w:cs="Times New Roman"/>
          <w:sz w:val="24"/>
          <w:szCs w:val="24"/>
          <w:lang w:val="tr-TR"/>
        </w:rPr>
        <w:br/>
        <w:t xml:space="preserve">- </w:t>
      </w:r>
    </w:p>
    <w:p w14:paraId="76CB7FAC" w14:textId="77777777" w:rsidR="00723916" w:rsidRPr="003F7016" w:rsidRDefault="00C84B68">
      <w:pPr>
        <w:rPr>
          <w:rFonts w:ascii="Times New Roman" w:hAnsi="Times New Roman" w:cs="Times New Roman"/>
          <w:sz w:val="24"/>
          <w:szCs w:val="24"/>
        </w:rPr>
      </w:pPr>
      <w:r w:rsidRPr="003F7016">
        <w:rPr>
          <w:rFonts w:ascii="Times New Roman" w:hAnsi="Times New Roman" w:cs="Times New Roman"/>
          <w:sz w:val="24"/>
          <w:szCs w:val="24"/>
          <w:lang w:val="tr-TR"/>
        </w:rPr>
        <w:br/>
        <w:t>Destek talepleri:</w:t>
      </w:r>
      <w:r w:rsidRPr="003F7016">
        <w:rPr>
          <w:rFonts w:ascii="Times New Roman" w:hAnsi="Times New Roman" w:cs="Times New Roman"/>
          <w:sz w:val="24"/>
          <w:szCs w:val="24"/>
          <w:lang w:val="tr-TR"/>
        </w:rPr>
        <w:br/>
        <w:t xml:space="preserve">- </w:t>
      </w:r>
      <w:r w:rsidRPr="003F7016">
        <w:rPr>
          <w:rFonts w:ascii="Times New Roman" w:hAnsi="Times New Roman" w:cs="Times New Roman"/>
          <w:sz w:val="24"/>
          <w:szCs w:val="24"/>
          <w:lang w:val="tr-TR"/>
        </w:rPr>
        <w:br/>
      </w:r>
      <w:r w:rsidRPr="003F7016">
        <w:rPr>
          <w:rFonts w:ascii="Times New Roman" w:hAnsi="Times New Roman" w:cs="Times New Roman"/>
          <w:sz w:val="24"/>
          <w:szCs w:val="24"/>
        </w:rPr>
        <w:t xml:space="preserve">- </w:t>
      </w:r>
      <w:r w:rsidRPr="003F7016">
        <w:rPr>
          <w:rFonts w:ascii="Times New Roman" w:hAnsi="Times New Roman" w:cs="Times New Roman"/>
          <w:sz w:val="24"/>
          <w:szCs w:val="24"/>
        </w:rPr>
        <w:br/>
        <w:t xml:space="preserve">- </w:t>
      </w:r>
    </w:p>
    <w:p w14:paraId="77EDD47B" w14:textId="7BCCCB31" w:rsidR="00723916" w:rsidRPr="003F7016" w:rsidRDefault="00C84B68">
      <w:pPr>
        <w:rPr>
          <w:rFonts w:ascii="Times New Roman" w:hAnsi="Times New Roman" w:cs="Times New Roman"/>
          <w:sz w:val="24"/>
          <w:szCs w:val="24"/>
        </w:rPr>
      </w:pPr>
      <w:r w:rsidRPr="003F701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F7016">
        <w:rPr>
          <w:rFonts w:ascii="Times New Roman" w:hAnsi="Times New Roman" w:cs="Times New Roman"/>
          <w:sz w:val="24"/>
          <w:szCs w:val="24"/>
        </w:rPr>
        <w:t>Onay</w:t>
      </w:r>
      <w:proofErr w:type="spellEnd"/>
    </w:p>
    <w:tbl>
      <w:tblPr>
        <w:tblW w:w="9356" w:type="dxa"/>
        <w:tblLook w:val="04A0" w:firstRow="1" w:lastRow="0" w:firstColumn="1" w:lastColumn="0" w:noHBand="0" w:noVBand="1"/>
      </w:tblPr>
      <w:tblGrid>
        <w:gridCol w:w="2552"/>
        <w:gridCol w:w="2410"/>
        <w:gridCol w:w="2409"/>
        <w:gridCol w:w="1985"/>
      </w:tblGrid>
      <w:tr w:rsidR="00723916" w:rsidRPr="003F7016" w14:paraId="0A615084" w14:textId="77777777" w:rsidTr="00FA5C20">
        <w:tc>
          <w:tcPr>
            <w:tcW w:w="2552" w:type="dxa"/>
          </w:tcPr>
          <w:p w14:paraId="79FD5B35" w14:textId="77777777" w:rsidR="00723916" w:rsidRPr="003F7016" w:rsidRDefault="00C8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016">
              <w:rPr>
                <w:rFonts w:ascii="Times New Roman" w:hAnsi="Times New Roman" w:cs="Times New Roman"/>
                <w:sz w:val="24"/>
                <w:szCs w:val="24"/>
              </w:rPr>
              <w:t xml:space="preserve">Ad </w:t>
            </w:r>
            <w:proofErr w:type="spellStart"/>
            <w:r w:rsidRPr="003F7016"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2410" w:type="dxa"/>
          </w:tcPr>
          <w:p w14:paraId="07A0E915" w14:textId="77777777" w:rsidR="00723916" w:rsidRPr="003F7016" w:rsidRDefault="00C8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016">
              <w:rPr>
                <w:rFonts w:ascii="Times New Roman" w:hAnsi="Times New Roman" w:cs="Times New Roman"/>
                <w:sz w:val="24"/>
                <w:szCs w:val="24"/>
              </w:rPr>
              <w:t>Unvan</w:t>
            </w:r>
          </w:p>
        </w:tc>
        <w:tc>
          <w:tcPr>
            <w:tcW w:w="2409" w:type="dxa"/>
          </w:tcPr>
          <w:p w14:paraId="431A829A" w14:textId="77777777" w:rsidR="00723916" w:rsidRPr="003F7016" w:rsidRDefault="00C8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016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  <w:tc>
          <w:tcPr>
            <w:tcW w:w="1985" w:type="dxa"/>
          </w:tcPr>
          <w:p w14:paraId="6B111BB8" w14:textId="77777777" w:rsidR="00723916" w:rsidRPr="003F7016" w:rsidRDefault="00C84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016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</w:tr>
      <w:tr w:rsidR="00723916" w:rsidRPr="003F7016" w14:paraId="06D71940" w14:textId="77777777" w:rsidTr="00FA5C20">
        <w:tc>
          <w:tcPr>
            <w:tcW w:w="2552" w:type="dxa"/>
          </w:tcPr>
          <w:p w14:paraId="525A965E" w14:textId="77777777" w:rsidR="00723916" w:rsidRPr="003F7016" w:rsidRDefault="00723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84779C0" w14:textId="77777777" w:rsidR="00723916" w:rsidRPr="003F7016" w:rsidRDefault="00723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916A047" w14:textId="77777777" w:rsidR="00723916" w:rsidRPr="003F7016" w:rsidRDefault="00723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0FA26E" w14:textId="77777777" w:rsidR="00723916" w:rsidRPr="003F7016" w:rsidRDefault="00723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F06413" w14:textId="77777777" w:rsidR="00C84B68" w:rsidRPr="003F7016" w:rsidRDefault="00C84B68">
      <w:pPr>
        <w:rPr>
          <w:rFonts w:ascii="Times New Roman" w:hAnsi="Times New Roman" w:cs="Times New Roman"/>
          <w:sz w:val="24"/>
          <w:szCs w:val="24"/>
        </w:rPr>
      </w:pPr>
    </w:p>
    <w:sectPr w:rsidR="00C84B68" w:rsidRPr="003F7016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8CDE8" w14:textId="77777777" w:rsidR="009B6CE7" w:rsidRDefault="009B6CE7" w:rsidP="00C6777A">
      <w:pPr>
        <w:spacing w:after="0" w:line="240" w:lineRule="auto"/>
      </w:pPr>
      <w:r>
        <w:separator/>
      </w:r>
    </w:p>
  </w:endnote>
  <w:endnote w:type="continuationSeparator" w:id="0">
    <w:p w14:paraId="4AAADD34" w14:textId="77777777" w:rsidR="009B6CE7" w:rsidRDefault="009B6CE7" w:rsidP="00C67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AF0C4" w14:textId="77777777" w:rsidR="009B6CE7" w:rsidRDefault="009B6CE7" w:rsidP="00C6777A">
      <w:pPr>
        <w:spacing w:after="0" w:line="240" w:lineRule="auto"/>
      </w:pPr>
      <w:r>
        <w:separator/>
      </w:r>
    </w:p>
  </w:footnote>
  <w:footnote w:type="continuationSeparator" w:id="0">
    <w:p w14:paraId="44892891" w14:textId="77777777" w:rsidR="009B6CE7" w:rsidRDefault="009B6CE7" w:rsidP="00C67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10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418"/>
      <w:gridCol w:w="5416"/>
      <w:gridCol w:w="1417"/>
      <w:gridCol w:w="1559"/>
    </w:tblGrid>
    <w:tr w:rsidR="00C6777A" w:rsidRPr="00C6777A" w14:paraId="2D486BFC" w14:textId="77777777" w:rsidTr="00EF0170">
      <w:trPr>
        <w:trHeight w:val="287"/>
      </w:trPr>
      <w:tc>
        <w:tcPr>
          <w:tcW w:w="141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31D2004" w14:textId="77777777" w:rsidR="00C6777A" w:rsidRPr="00C6777A" w:rsidRDefault="00C6777A" w:rsidP="00C6777A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Calibri" w:eastAsia="Calibri" w:hAnsi="Calibri" w:cs="Arial"/>
              <w:lang w:val="tr-TR"/>
            </w:rPr>
          </w:pPr>
          <w:bookmarkStart w:id="0" w:name="_Hlk221888288"/>
          <w:r w:rsidRPr="00C6777A">
            <w:rPr>
              <w:rFonts w:ascii="Calibri" w:eastAsia="Calibri" w:hAnsi="Calibri" w:cs="Arial"/>
              <w:noProof/>
              <w:lang w:val="tr-TR" w:eastAsia="tr-TR"/>
            </w:rPr>
            <w:drawing>
              <wp:inline distT="0" distB="0" distL="0" distR="0" wp14:anchorId="5F7FA89B" wp14:editId="3F742D75">
                <wp:extent cx="647700" cy="622300"/>
                <wp:effectExtent l="19050" t="0" r="0" b="0"/>
                <wp:docPr id="67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F61F551" w14:textId="77777777" w:rsidR="00C6777A" w:rsidRPr="00C6777A" w:rsidRDefault="00C6777A" w:rsidP="00C6777A">
          <w:pPr>
            <w:tabs>
              <w:tab w:val="center" w:pos="4536"/>
              <w:tab w:val="right" w:pos="9072"/>
            </w:tabs>
            <w:spacing w:after="0" w:line="259" w:lineRule="auto"/>
            <w:jc w:val="center"/>
            <w:rPr>
              <w:rFonts w:ascii="Arial" w:eastAsia="Arial" w:hAnsi="Arial" w:cs="Arial"/>
              <w:color w:val="000000"/>
              <w:lang w:val="tr-TR"/>
            </w:rPr>
          </w:pPr>
        </w:p>
        <w:p w14:paraId="6C0D29A5" w14:textId="3D51367D" w:rsidR="00C6777A" w:rsidRPr="00C6777A" w:rsidRDefault="003442E3" w:rsidP="00C6777A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Times New Roman" w:eastAsia="Calibri" w:hAnsi="Times New Roman" w:cs="Arial"/>
              <w:b/>
              <w:bCs/>
              <w:sz w:val="28"/>
              <w:szCs w:val="28"/>
            </w:rPr>
          </w:pPr>
          <w:r>
            <w:rPr>
              <w:rFonts w:ascii="Times New Roman" w:eastAsia="Calibri" w:hAnsi="Times New Roman" w:cs="Arial"/>
              <w:b/>
              <w:bCs/>
              <w:sz w:val="28"/>
              <w:szCs w:val="28"/>
            </w:rPr>
            <w:t xml:space="preserve">AKADEMİK </w:t>
          </w:r>
          <w:r w:rsidR="00C6777A">
            <w:rPr>
              <w:rFonts w:ascii="Times New Roman" w:eastAsia="Calibri" w:hAnsi="Times New Roman" w:cs="Arial"/>
              <w:b/>
              <w:bCs/>
              <w:sz w:val="28"/>
              <w:szCs w:val="28"/>
            </w:rPr>
            <w:t xml:space="preserve">BİRİM </w:t>
          </w:r>
          <w:r w:rsidR="00C6777A" w:rsidRPr="00C6777A">
            <w:rPr>
              <w:rFonts w:ascii="Times New Roman" w:eastAsia="Calibri" w:hAnsi="Times New Roman" w:cs="Arial"/>
              <w:b/>
              <w:bCs/>
              <w:sz w:val="28"/>
              <w:szCs w:val="28"/>
            </w:rPr>
            <w:t xml:space="preserve">AKREDİTASYON </w:t>
          </w:r>
          <w:r w:rsidR="00C6777A">
            <w:rPr>
              <w:rFonts w:ascii="Times New Roman" w:eastAsia="Calibri" w:hAnsi="Times New Roman" w:cs="Arial"/>
              <w:b/>
              <w:bCs/>
              <w:sz w:val="28"/>
              <w:szCs w:val="28"/>
            </w:rPr>
            <w:t xml:space="preserve">DURUM </w:t>
          </w:r>
          <w:r w:rsidR="00C6777A" w:rsidRPr="00C6777A">
            <w:rPr>
              <w:rFonts w:ascii="Times New Roman" w:eastAsia="Calibri" w:hAnsi="Times New Roman" w:cs="Arial"/>
              <w:b/>
              <w:bCs/>
              <w:sz w:val="28"/>
              <w:szCs w:val="28"/>
            </w:rPr>
            <w:t xml:space="preserve">İZLEME </w:t>
          </w:r>
          <w:r w:rsidR="00C6777A">
            <w:rPr>
              <w:rFonts w:ascii="Times New Roman" w:eastAsia="Calibri" w:hAnsi="Times New Roman" w:cs="Arial"/>
              <w:b/>
              <w:bCs/>
              <w:sz w:val="28"/>
              <w:szCs w:val="28"/>
            </w:rPr>
            <w:t>FORMU</w:t>
          </w:r>
          <w:r w:rsidR="00E220FA">
            <w:rPr>
              <w:rFonts w:ascii="Times New Roman" w:eastAsia="Calibri" w:hAnsi="Times New Roman" w:cs="Arial"/>
              <w:b/>
              <w:bCs/>
              <w:sz w:val="28"/>
              <w:szCs w:val="28"/>
            </w:rPr>
            <w:t xml:space="preserve"> 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0039DA5" w14:textId="77777777" w:rsidR="00C6777A" w:rsidRPr="00C6777A" w:rsidRDefault="00C6777A" w:rsidP="00C6777A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Doküman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5C3A2C7" w14:textId="514FB0D6" w:rsidR="00C6777A" w:rsidRPr="00C6777A" w:rsidRDefault="00C6777A" w:rsidP="00C6777A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BÜKAK.</w:t>
          </w:r>
          <w:r w:rsidR="003442E3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FRM.82</w:t>
          </w:r>
        </w:p>
      </w:tc>
    </w:tr>
    <w:tr w:rsidR="00C6777A" w:rsidRPr="00C6777A" w14:paraId="25B3E423" w14:textId="77777777" w:rsidTr="00EF0170">
      <w:trPr>
        <w:trHeight w:val="287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E636528" w14:textId="77777777" w:rsidR="00C6777A" w:rsidRPr="00C6777A" w:rsidRDefault="00C6777A" w:rsidP="00C677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62C9BBA" w14:textId="77777777" w:rsidR="00C6777A" w:rsidRPr="00C6777A" w:rsidRDefault="00C6777A" w:rsidP="00C677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85F1381" w14:textId="77777777" w:rsidR="00C6777A" w:rsidRPr="00C6777A" w:rsidRDefault="00C6777A" w:rsidP="00C6777A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Yayım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27BE2AD" w14:textId="77777777" w:rsidR="00C6777A" w:rsidRPr="00C6777A" w:rsidRDefault="00C6777A" w:rsidP="00C6777A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03.12.2025</w:t>
          </w:r>
        </w:p>
      </w:tc>
    </w:tr>
    <w:tr w:rsidR="00C6777A" w:rsidRPr="00C6777A" w14:paraId="499D79C9" w14:textId="77777777" w:rsidTr="00EF0170">
      <w:trPr>
        <w:trHeight w:val="287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143CBAA" w14:textId="77777777" w:rsidR="00C6777A" w:rsidRPr="00C6777A" w:rsidRDefault="00C6777A" w:rsidP="00C677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0E8EE09" w14:textId="77777777" w:rsidR="00C6777A" w:rsidRPr="00C6777A" w:rsidRDefault="00C6777A" w:rsidP="00C677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300885E" w14:textId="77777777" w:rsidR="00C6777A" w:rsidRPr="00C6777A" w:rsidRDefault="00C6777A" w:rsidP="00C6777A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Revizyon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67C4CDC" w14:textId="77777777" w:rsidR="00C6777A" w:rsidRPr="00C6777A" w:rsidRDefault="00C6777A" w:rsidP="00C6777A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00.00.0000</w:t>
          </w:r>
        </w:p>
      </w:tc>
    </w:tr>
    <w:tr w:rsidR="00C6777A" w:rsidRPr="00C6777A" w14:paraId="1F0C4D69" w14:textId="77777777" w:rsidTr="00EF0170">
      <w:trPr>
        <w:trHeight w:val="287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955FEB8" w14:textId="77777777" w:rsidR="00C6777A" w:rsidRPr="00C6777A" w:rsidRDefault="00C6777A" w:rsidP="00C677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319A57F" w14:textId="77777777" w:rsidR="00C6777A" w:rsidRPr="00C6777A" w:rsidRDefault="00C6777A" w:rsidP="00C677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9EECC01" w14:textId="77777777" w:rsidR="00C6777A" w:rsidRPr="00C6777A" w:rsidRDefault="00C6777A" w:rsidP="00C6777A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Revizyon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9153E85" w14:textId="77777777" w:rsidR="00C6777A" w:rsidRPr="00C6777A" w:rsidRDefault="00C6777A" w:rsidP="00C6777A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00</w:t>
          </w:r>
        </w:p>
      </w:tc>
    </w:tr>
    <w:tr w:rsidR="00C6777A" w:rsidRPr="00C6777A" w14:paraId="185712F9" w14:textId="77777777" w:rsidTr="00EF0170">
      <w:trPr>
        <w:trHeight w:val="287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602677F" w14:textId="77777777" w:rsidR="00C6777A" w:rsidRPr="00C6777A" w:rsidRDefault="00C6777A" w:rsidP="00C677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5494F60" w14:textId="77777777" w:rsidR="00C6777A" w:rsidRPr="00C6777A" w:rsidRDefault="00C6777A" w:rsidP="00C677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59" w:lineRule="auto"/>
            <w:rPr>
              <w:rFonts w:ascii="Arial" w:eastAsia="Arial" w:hAnsi="Arial" w:cs="Arial"/>
              <w:color w:val="000000"/>
              <w:sz w:val="20"/>
              <w:szCs w:val="20"/>
              <w:lang w:val="tr-TR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876E05B" w14:textId="77777777" w:rsidR="00C6777A" w:rsidRPr="00C6777A" w:rsidRDefault="00C6777A" w:rsidP="00C6777A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  <w:t>Sayfa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389CBAA" w14:textId="77777777" w:rsidR="00C6777A" w:rsidRPr="00C6777A" w:rsidRDefault="00C6777A" w:rsidP="00C6777A">
          <w:pPr>
            <w:tabs>
              <w:tab w:val="center" w:pos="4536"/>
              <w:tab w:val="right" w:pos="9072"/>
            </w:tabs>
            <w:spacing w:after="0" w:line="259" w:lineRule="auto"/>
            <w:rPr>
              <w:rFonts w:ascii="Times New Roman" w:eastAsia="Arial" w:hAnsi="Times New Roman" w:cs="Arial"/>
              <w:color w:val="000000"/>
              <w:sz w:val="18"/>
              <w:szCs w:val="18"/>
              <w:lang w:val="tr-TR"/>
            </w:rPr>
          </w:pP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fldChar w:fldCharType="begin"/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instrText>PAGE</w:instrText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fldChar w:fldCharType="separate"/>
          </w:r>
          <w:r w:rsidRPr="00C6777A">
            <w:rPr>
              <w:rFonts w:ascii="Times New Roman" w:eastAsia="Arial" w:hAnsi="Times New Roman" w:cs="Arial"/>
              <w:sz w:val="18"/>
              <w:szCs w:val="18"/>
            </w:rPr>
            <w:t>1</w:t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fldChar w:fldCharType="end"/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t xml:space="preserve"> / </w:t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fldChar w:fldCharType="begin"/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instrText>NUMPAGES</w:instrText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fldChar w:fldCharType="separate"/>
          </w:r>
          <w:r w:rsidRPr="00C6777A">
            <w:rPr>
              <w:rFonts w:ascii="Times New Roman" w:eastAsia="Arial" w:hAnsi="Times New Roman" w:cs="Arial"/>
              <w:sz w:val="18"/>
              <w:szCs w:val="18"/>
            </w:rPr>
            <w:t>4</w:t>
          </w:r>
          <w:r w:rsidRPr="00C6777A">
            <w:rPr>
              <w:rFonts w:ascii="Times New Roman" w:eastAsia="Arial" w:hAnsi="Times New Roman" w:cs="Arial"/>
              <w:sz w:val="18"/>
              <w:szCs w:val="18"/>
              <w:lang w:val="tr-TR"/>
            </w:rPr>
            <w:fldChar w:fldCharType="end"/>
          </w:r>
        </w:p>
      </w:tc>
    </w:tr>
    <w:bookmarkEnd w:id="0"/>
  </w:tbl>
  <w:p w14:paraId="4A24ED7B" w14:textId="77777777" w:rsidR="00C6777A" w:rsidRDefault="00C6777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0C4"/>
    <w:rsid w:val="001310A1"/>
    <w:rsid w:val="0015074B"/>
    <w:rsid w:val="00197A9A"/>
    <w:rsid w:val="0029639D"/>
    <w:rsid w:val="00326F90"/>
    <w:rsid w:val="003442E3"/>
    <w:rsid w:val="003F7016"/>
    <w:rsid w:val="00687AED"/>
    <w:rsid w:val="00723916"/>
    <w:rsid w:val="009B6CE7"/>
    <w:rsid w:val="00AA1D8D"/>
    <w:rsid w:val="00B47730"/>
    <w:rsid w:val="00C6777A"/>
    <w:rsid w:val="00C84B68"/>
    <w:rsid w:val="00CB0664"/>
    <w:rsid w:val="00D20B5F"/>
    <w:rsid w:val="00E220FA"/>
    <w:rsid w:val="00E302D2"/>
    <w:rsid w:val="00EC3F19"/>
    <w:rsid w:val="00FA5C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F60592"/>
  <w14:defaultImageDpi w14:val="300"/>
  <w15:docId w15:val="{02D68A94-3FED-45D9-BFBE-0C28983E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Baskent</cp:lastModifiedBy>
  <cp:revision>12</cp:revision>
  <dcterms:created xsi:type="dcterms:W3CDTF">2026-02-03T07:50:00Z</dcterms:created>
  <dcterms:modified xsi:type="dcterms:W3CDTF">2026-02-16T11:02:00Z</dcterms:modified>
  <cp:category/>
</cp:coreProperties>
</file>