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D307F" w14:textId="6F644694" w:rsidR="00224DAE" w:rsidRPr="00FF7F79" w:rsidRDefault="000406DA">
      <w:pPr>
        <w:pStyle w:val="Balk2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A</w:t>
      </w:r>
      <w:r w:rsidR="00344F14" w:rsidRPr="00FF7F79">
        <w:rPr>
          <w:rFonts w:ascii="Times New Roman" w:hAnsi="Times New Roman" w:cs="Times New Roman"/>
          <w:sz w:val="24"/>
          <w:szCs w:val="24"/>
          <w:lang w:val="tr-TR"/>
        </w:rPr>
        <w:t>. Yıllık Akran Değerlendirme Takvimi</w:t>
      </w:r>
    </w:p>
    <w:tbl>
      <w:tblPr>
        <w:tblStyle w:val="TabloKlavuzu"/>
        <w:tblW w:w="13696" w:type="dxa"/>
        <w:tblInd w:w="-147" w:type="dxa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2943"/>
        <w:gridCol w:w="2376"/>
        <w:gridCol w:w="2139"/>
      </w:tblGrid>
      <w:tr w:rsidR="00FF7F79" w:rsidRPr="002D37A7" w14:paraId="0397D4E8" w14:textId="77777777" w:rsidTr="00E4514F">
        <w:trPr>
          <w:trHeight w:val="993"/>
        </w:trPr>
        <w:tc>
          <w:tcPr>
            <w:tcW w:w="568" w:type="dxa"/>
          </w:tcPr>
          <w:p w14:paraId="377A33C8" w14:textId="77777777" w:rsidR="00FF7F79" w:rsidRPr="002D37A7" w:rsidRDefault="00FF7F79" w:rsidP="006714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2D37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No</w:t>
            </w:r>
          </w:p>
        </w:tc>
        <w:tc>
          <w:tcPr>
            <w:tcW w:w="4394" w:type="dxa"/>
          </w:tcPr>
          <w:p w14:paraId="6621499C" w14:textId="77777777" w:rsidR="00FF7F79" w:rsidRPr="002D37A7" w:rsidRDefault="00FF7F79" w:rsidP="006714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2D37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Değerlendirilecek Birim</w:t>
            </w:r>
          </w:p>
        </w:tc>
        <w:tc>
          <w:tcPr>
            <w:tcW w:w="1276" w:type="dxa"/>
          </w:tcPr>
          <w:p w14:paraId="2611CA3A" w14:textId="77777777" w:rsidR="00FF7F79" w:rsidRPr="002D37A7" w:rsidRDefault="00FF7F79" w:rsidP="006714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2D37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Birim Türü</w:t>
            </w:r>
          </w:p>
        </w:tc>
        <w:tc>
          <w:tcPr>
            <w:tcW w:w="2943" w:type="dxa"/>
          </w:tcPr>
          <w:p w14:paraId="1387E3C5" w14:textId="77777777" w:rsidR="00FF7F79" w:rsidRPr="002D37A7" w:rsidRDefault="00FF7F79" w:rsidP="006714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2D37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Takım Lideri</w:t>
            </w:r>
          </w:p>
        </w:tc>
        <w:tc>
          <w:tcPr>
            <w:tcW w:w="2376" w:type="dxa"/>
          </w:tcPr>
          <w:p w14:paraId="5F39C818" w14:textId="77777777" w:rsidR="00FF7F79" w:rsidRPr="002D37A7" w:rsidRDefault="00FF7F79" w:rsidP="006714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2D37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Takım Üyeleri</w:t>
            </w:r>
          </w:p>
        </w:tc>
        <w:tc>
          <w:tcPr>
            <w:tcW w:w="2139" w:type="dxa"/>
          </w:tcPr>
          <w:p w14:paraId="46BE1E27" w14:textId="13810523" w:rsidR="00FF7F79" w:rsidRPr="000406DA" w:rsidRDefault="000406DA" w:rsidP="0067146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0406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Planlanan Değerlendirme Tarihi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/ Dönemi</w:t>
            </w:r>
          </w:p>
        </w:tc>
      </w:tr>
      <w:tr w:rsidR="00FF7F79" w:rsidRPr="00FF7F79" w14:paraId="73C0EB4D" w14:textId="77777777" w:rsidTr="00E4514F">
        <w:trPr>
          <w:trHeight w:val="330"/>
        </w:trPr>
        <w:tc>
          <w:tcPr>
            <w:tcW w:w="568" w:type="dxa"/>
          </w:tcPr>
          <w:p w14:paraId="72CF8220" w14:textId="77777777" w:rsidR="00FF7F79" w:rsidRPr="00FF7F79" w:rsidRDefault="00FF7F7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F7F7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</w:t>
            </w:r>
          </w:p>
        </w:tc>
        <w:tc>
          <w:tcPr>
            <w:tcW w:w="4394" w:type="dxa"/>
          </w:tcPr>
          <w:p w14:paraId="12A6539E" w14:textId="77777777" w:rsidR="00871F7C" w:rsidRPr="00871F7C" w:rsidRDefault="00871F7C" w:rsidP="00871F7C">
            <w:pPr>
              <w:rPr>
                <w:rFonts w:ascii="Times New Roman" w:hAnsi="Times New Roman" w:cs="Times New Roman"/>
                <w:lang w:val="tr-TR"/>
              </w:rPr>
            </w:pPr>
            <w:r w:rsidRPr="00871F7C">
              <w:rPr>
                <w:rFonts w:ascii="Times New Roman" w:hAnsi="Times New Roman" w:cs="Times New Roman"/>
                <w:lang w:val="tr-TR"/>
              </w:rPr>
              <w:t>Diş Hekimliği Fakültesi</w:t>
            </w:r>
          </w:p>
          <w:p w14:paraId="1DBFE828" w14:textId="77777777" w:rsidR="00FF7F79" w:rsidRPr="00FF7F79" w:rsidRDefault="00FF7F79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663A1AF9" w14:textId="49079ECF" w:rsidR="00FF7F79" w:rsidRPr="00E4514F" w:rsidRDefault="00E4514F">
            <w:pPr>
              <w:rPr>
                <w:rFonts w:ascii="Times New Roman" w:hAnsi="Times New Roman" w:cs="Times New Roman"/>
                <w:lang w:val="tr-TR"/>
              </w:rPr>
            </w:pPr>
            <w:r w:rsidRPr="00E4514F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5E29B77E" w14:textId="77777777" w:rsidR="00FF7F79" w:rsidRPr="00E4514F" w:rsidRDefault="00FF7F79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01715257" w14:textId="77777777" w:rsidR="00FF7F79" w:rsidRPr="00E4514F" w:rsidRDefault="00FF7F79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737086DB" w14:textId="77777777" w:rsidR="00FF7F79" w:rsidRPr="00E4514F" w:rsidRDefault="00FF7F79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E4514F" w:rsidRPr="00FF7F79" w14:paraId="0820B919" w14:textId="77777777" w:rsidTr="00E4514F">
        <w:trPr>
          <w:trHeight w:val="330"/>
        </w:trPr>
        <w:tc>
          <w:tcPr>
            <w:tcW w:w="568" w:type="dxa"/>
          </w:tcPr>
          <w:p w14:paraId="4B0FE25B" w14:textId="77777777" w:rsidR="00E4514F" w:rsidRPr="00FF7F79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F7F7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</w:t>
            </w:r>
          </w:p>
        </w:tc>
        <w:tc>
          <w:tcPr>
            <w:tcW w:w="4394" w:type="dxa"/>
          </w:tcPr>
          <w:p w14:paraId="603EF723" w14:textId="77777777" w:rsidR="00E4514F" w:rsidRPr="00871F7C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871F7C">
              <w:rPr>
                <w:rFonts w:ascii="Times New Roman" w:hAnsi="Times New Roman" w:cs="Times New Roman"/>
                <w:lang w:val="tr-TR"/>
              </w:rPr>
              <w:t>Eczacılık Fakültesi</w:t>
            </w:r>
          </w:p>
          <w:p w14:paraId="3B6BA0CA" w14:textId="77777777" w:rsidR="00E4514F" w:rsidRPr="00FF7F79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2B043628" w14:textId="6A339576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4B0BC8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5B9E6F07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681638DB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3790172E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E4514F" w:rsidRPr="00FF7F79" w14:paraId="46004A3C" w14:textId="77777777" w:rsidTr="00E4514F">
        <w:trPr>
          <w:trHeight w:val="330"/>
        </w:trPr>
        <w:tc>
          <w:tcPr>
            <w:tcW w:w="568" w:type="dxa"/>
          </w:tcPr>
          <w:p w14:paraId="6A69B21F" w14:textId="77777777" w:rsidR="00E4514F" w:rsidRPr="00FF7F79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F7F7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</w:p>
        </w:tc>
        <w:tc>
          <w:tcPr>
            <w:tcW w:w="4394" w:type="dxa"/>
          </w:tcPr>
          <w:p w14:paraId="57A2F1CB" w14:textId="77777777" w:rsidR="00E4514F" w:rsidRPr="00871F7C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871F7C">
              <w:rPr>
                <w:rFonts w:ascii="Times New Roman" w:hAnsi="Times New Roman" w:cs="Times New Roman"/>
                <w:lang w:val="tr-TR"/>
              </w:rPr>
              <w:t>Eğitim Fakültesi</w:t>
            </w:r>
          </w:p>
          <w:p w14:paraId="73E33862" w14:textId="77777777" w:rsidR="00E4514F" w:rsidRPr="00FF7F79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6EF701BB" w14:textId="57F9D2B1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4B0BC8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150A6623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4AFD024A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674DA5D9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E4514F" w:rsidRPr="00FF7F79" w14:paraId="1D5A5265" w14:textId="77777777" w:rsidTr="00E4514F">
        <w:trPr>
          <w:trHeight w:val="330"/>
        </w:trPr>
        <w:tc>
          <w:tcPr>
            <w:tcW w:w="568" w:type="dxa"/>
          </w:tcPr>
          <w:p w14:paraId="142CBC09" w14:textId="77777777" w:rsidR="00E4514F" w:rsidRPr="00FF7F79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F7F7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</w:t>
            </w:r>
          </w:p>
        </w:tc>
        <w:tc>
          <w:tcPr>
            <w:tcW w:w="4394" w:type="dxa"/>
          </w:tcPr>
          <w:p w14:paraId="69A78C31" w14:textId="77777777" w:rsidR="00E4514F" w:rsidRPr="00871F7C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871F7C">
              <w:rPr>
                <w:rFonts w:ascii="Times New Roman" w:hAnsi="Times New Roman" w:cs="Times New Roman"/>
                <w:lang w:val="tr-TR"/>
              </w:rPr>
              <w:t>Fen-Edebiyat Fakültesi</w:t>
            </w:r>
          </w:p>
          <w:p w14:paraId="13366FC0" w14:textId="77777777" w:rsidR="00E4514F" w:rsidRPr="00FF7F79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2A69E15B" w14:textId="2614AFB0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4B0BC8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3AF73A46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39835D95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7FA9E1E9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E4514F" w:rsidRPr="00FF7F79" w14:paraId="1848E05E" w14:textId="77777777" w:rsidTr="00E4514F">
        <w:trPr>
          <w:trHeight w:val="311"/>
        </w:trPr>
        <w:tc>
          <w:tcPr>
            <w:tcW w:w="568" w:type="dxa"/>
          </w:tcPr>
          <w:p w14:paraId="2D17A557" w14:textId="77777777" w:rsidR="00E4514F" w:rsidRPr="00FF7F79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F7F7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</w:p>
        </w:tc>
        <w:tc>
          <w:tcPr>
            <w:tcW w:w="4394" w:type="dxa"/>
          </w:tcPr>
          <w:p w14:paraId="26F2782D" w14:textId="77777777" w:rsidR="00E4514F" w:rsidRPr="00871F7C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871F7C">
              <w:rPr>
                <w:rFonts w:ascii="Times New Roman" w:hAnsi="Times New Roman" w:cs="Times New Roman"/>
                <w:lang w:val="tr-TR"/>
              </w:rPr>
              <w:t>Güzel Sanatlar Tasarım ve Mimarlık Fakültesi</w:t>
            </w:r>
          </w:p>
          <w:p w14:paraId="7F2EBA5E" w14:textId="77777777" w:rsidR="00E4514F" w:rsidRPr="00FF7F79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3EB09817" w14:textId="02A4AF2F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4B0BC8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17C79295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5E4F2B01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1E31AD24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E4514F" w:rsidRPr="00FF7F79" w14:paraId="2E50F12E" w14:textId="77777777" w:rsidTr="00E4514F">
        <w:trPr>
          <w:trHeight w:val="311"/>
        </w:trPr>
        <w:tc>
          <w:tcPr>
            <w:tcW w:w="568" w:type="dxa"/>
          </w:tcPr>
          <w:p w14:paraId="152CDB02" w14:textId="150B24DB" w:rsidR="00E4514F" w:rsidRPr="00FF7F79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6</w:t>
            </w:r>
          </w:p>
        </w:tc>
        <w:tc>
          <w:tcPr>
            <w:tcW w:w="4394" w:type="dxa"/>
          </w:tcPr>
          <w:p w14:paraId="421B6A06" w14:textId="77777777" w:rsidR="00E4514F" w:rsidRPr="00871F7C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871F7C">
              <w:rPr>
                <w:rFonts w:ascii="Times New Roman" w:hAnsi="Times New Roman" w:cs="Times New Roman"/>
                <w:lang w:val="tr-TR"/>
              </w:rPr>
              <w:t>Hukuk Fakültesi</w:t>
            </w:r>
          </w:p>
          <w:p w14:paraId="74DA89CE" w14:textId="77777777" w:rsidR="00E4514F" w:rsidRPr="00FF7F79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7EE598DF" w14:textId="02E1530D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4B0BC8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492698B9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68BDD8D5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5634453C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E4514F" w:rsidRPr="00FF7F79" w14:paraId="1697D02A" w14:textId="77777777" w:rsidTr="00E4514F">
        <w:trPr>
          <w:trHeight w:val="311"/>
        </w:trPr>
        <w:tc>
          <w:tcPr>
            <w:tcW w:w="568" w:type="dxa"/>
          </w:tcPr>
          <w:p w14:paraId="75A2921C" w14:textId="6791949D" w:rsidR="00E4514F" w:rsidRPr="00FF7F79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7</w:t>
            </w:r>
          </w:p>
        </w:tc>
        <w:tc>
          <w:tcPr>
            <w:tcW w:w="4394" w:type="dxa"/>
          </w:tcPr>
          <w:p w14:paraId="73B28D88" w14:textId="77777777" w:rsidR="00E4514F" w:rsidRPr="00871F7C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871F7C">
              <w:rPr>
                <w:rFonts w:ascii="Times New Roman" w:hAnsi="Times New Roman" w:cs="Times New Roman"/>
                <w:lang w:val="tr-TR"/>
              </w:rPr>
              <w:t>İktisadi ve İdari Bilimler Fakültesi</w:t>
            </w:r>
          </w:p>
          <w:p w14:paraId="78CC3A7F" w14:textId="77777777" w:rsidR="00E4514F" w:rsidRPr="00FF7F79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4DED23EE" w14:textId="193BDD50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4B0BC8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1D883CCD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0E914810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76863B24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E4514F" w:rsidRPr="00FF7F79" w14:paraId="1F148FB0" w14:textId="77777777" w:rsidTr="00E4514F">
        <w:trPr>
          <w:trHeight w:val="311"/>
        </w:trPr>
        <w:tc>
          <w:tcPr>
            <w:tcW w:w="568" w:type="dxa"/>
          </w:tcPr>
          <w:p w14:paraId="7E796860" w14:textId="56FF2792" w:rsidR="00E4514F" w:rsidRPr="00FF7F79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8</w:t>
            </w:r>
          </w:p>
        </w:tc>
        <w:tc>
          <w:tcPr>
            <w:tcW w:w="4394" w:type="dxa"/>
          </w:tcPr>
          <w:p w14:paraId="5C53EE0F" w14:textId="77777777" w:rsidR="00E4514F" w:rsidRPr="00871F7C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871F7C">
              <w:rPr>
                <w:rFonts w:ascii="Times New Roman" w:hAnsi="Times New Roman" w:cs="Times New Roman"/>
                <w:lang w:val="tr-TR"/>
              </w:rPr>
              <w:t>İletişim Fakültesi</w:t>
            </w:r>
          </w:p>
          <w:p w14:paraId="12A632CD" w14:textId="77777777" w:rsidR="00E4514F" w:rsidRPr="00FF7F79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0CF799B3" w14:textId="28A60A65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4B0BC8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11D0167C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76FB5E32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2459AB7D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E4514F" w:rsidRPr="00FF7F79" w14:paraId="06AE4299" w14:textId="77777777" w:rsidTr="00E4514F">
        <w:trPr>
          <w:trHeight w:val="311"/>
        </w:trPr>
        <w:tc>
          <w:tcPr>
            <w:tcW w:w="568" w:type="dxa"/>
          </w:tcPr>
          <w:p w14:paraId="63549EA8" w14:textId="159DF265" w:rsidR="00E4514F" w:rsidRPr="00FF7F79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9</w:t>
            </w:r>
          </w:p>
        </w:tc>
        <w:tc>
          <w:tcPr>
            <w:tcW w:w="4394" w:type="dxa"/>
          </w:tcPr>
          <w:p w14:paraId="61B9C4AB" w14:textId="77777777" w:rsidR="00E4514F" w:rsidRPr="00871F7C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871F7C">
              <w:rPr>
                <w:rFonts w:ascii="Times New Roman" w:hAnsi="Times New Roman" w:cs="Times New Roman"/>
                <w:lang w:val="tr-TR"/>
              </w:rPr>
              <w:t>Mühendislik Fakültesi</w:t>
            </w:r>
          </w:p>
          <w:p w14:paraId="4057817A" w14:textId="77777777" w:rsidR="00E4514F" w:rsidRPr="00FF7F79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780EF51E" w14:textId="04E989B9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4B0BC8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70DE6AE5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1FB7BBB8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66A9444E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E4514F" w:rsidRPr="00FF7F79" w14:paraId="2AC56467" w14:textId="77777777" w:rsidTr="00E4514F">
        <w:trPr>
          <w:trHeight w:val="311"/>
        </w:trPr>
        <w:tc>
          <w:tcPr>
            <w:tcW w:w="568" w:type="dxa"/>
          </w:tcPr>
          <w:p w14:paraId="01190098" w14:textId="39533B47" w:rsidR="00E4514F" w:rsidRPr="00FF7F79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10</w:t>
            </w:r>
          </w:p>
        </w:tc>
        <w:tc>
          <w:tcPr>
            <w:tcW w:w="4394" w:type="dxa"/>
          </w:tcPr>
          <w:p w14:paraId="6DC4BB44" w14:textId="77777777" w:rsidR="00E4514F" w:rsidRPr="00871F7C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871F7C">
              <w:rPr>
                <w:rFonts w:ascii="Times New Roman" w:hAnsi="Times New Roman" w:cs="Times New Roman"/>
                <w:lang w:val="tr-TR"/>
              </w:rPr>
              <w:t>Sağlık Bilimleri Fakültesi</w:t>
            </w:r>
          </w:p>
          <w:p w14:paraId="37387706" w14:textId="77777777" w:rsidR="00E4514F" w:rsidRPr="00FF7F79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0C3AF6AD" w14:textId="0E5534FC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4B0BC8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4D161374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62F5235A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715A2835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E4514F" w:rsidRPr="00FF7F79" w14:paraId="723F34AA" w14:textId="77777777" w:rsidTr="00E4514F">
        <w:trPr>
          <w:trHeight w:val="311"/>
        </w:trPr>
        <w:tc>
          <w:tcPr>
            <w:tcW w:w="568" w:type="dxa"/>
          </w:tcPr>
          <w:p w14:paraId="66C586F6" w14:textId="65470102" w:rsidR="00E4514F" w:rsidRPr="00FF7F79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11</w:t>
            </w:r>
          </w:p>
        </w:tc>
        <w:tc>
          <w:tcPr>
            <w:tcW w:w="4394" w:type="dxa"/>
          </w:tcPr>
          <w:p w14:paraId="6D5FDC01" w14:textId="77777777" w:rsidR="00E4514F" w:rsidRPr="00871F7C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871F7C">
              <w:rPr>
                <w:rFonts w:ascii="Times New Roman" w:hAnsi="Times New Roman" w:cs="Times New Roman"/>
                <w:lang w:val="tr-TR"/>
              </w:rPr>
              <w:t>Ticari Bilimler Fakültesi</w:t>
            </w:r>
          </w:p>
          <w:p w14:paraId="42D78A5F" w14:textId="77777777" w:rsidR="00E4514F" w:rsidRPr="00FF7F79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61E433C7" w14:textId="75DE528E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4B0BC8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0AA34E42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35FE0235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6CA788FD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E4514F" w:rsidRPr="00FF7F79" w14:paraId="3FC981B8" w14:textId="77777777" w:rsidTr="00E4514F">
        <w:trPr>
          <w:trHeight w:val="311"/>
        </w:trPr>
        <w:tc>
          <w:tcPr>
            <w:tcW w:w="568" w:type="dxa"/>
          </w:tcPr>
          <w:p w14:paraId="3E466717" w14:textId="1773A504" w:rsidR="00E4514F" w:rsidRPr="00FF7F79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12</w:t>
            </w:r>
          </w:p>
        </w:tc>
        <w:tc>
          <w:tcPr>
            <w:tcW w:w="4394" w:type="dxa"/>
          </w:tcPr>
          <w:p w14:paraId="5495B54E" w14:textId="77777777" w:rsidR="00E4514F" w:rsidRPr="00871F7C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871F7C">
              <w:rPr>
                <w:rFonts w:ascii="Times New Roman" w:hAnsi="Times New Roman" w:cs="Times New Roman"/>
                <w:lang w:val="tr-TR"/>
              </w:rPr>
              <w:t>Tıp Fakültesi</w:t>
            </w:r>
          </w:p>
          <w:p w14:paraId="2DEDBDFA" w14:textId="77777777" w:rsidR="00E4514F" w:rsidRPr="00FF7F79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276" w:type="dxa"/>
          </w:tcPr>
          <w:p w14:paraId="149DEF19" w14:textId="6D11F5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4B0BC8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09EA4C4E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7C7E04FA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0991F751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E4514F" w:rsidRPr="00FF7F79" w14:paraId="168C61BA" w14:textId="77777777" w:rsidTr="00E4514F">
        <w:trPr>
          <w:trHeight w:val="311"/>
        </w:trPr>
        <w:tc>
          <w:tcPr>
            <w:tcW w:w="568" w:type="dxa"/>
          </w:tcPr>
          <w:p w14:paraId="34CBF015" w14:textId="77777777" w:rsidR="00E4514F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27B08C38" w14:textId="77777777" w:rsidR="00F54618" w:rsidRPr="00F54618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  <w:r w:rsidRPr="00F54618">
              <w:rPr>
                <w:rFonts w:ascii="Times New Roman" w:hAnsi="Times New Roman" w:cs="Times New Roman"/>
                <w:lang w:val="tr-TR"/>
              </w:rPr>
              <w:t xml:space="preserve">Avrupa Birliği ve Uluslararası İlişkiler </w:t>
            </w:r>
            <w:proofErr w:type="spellStart"/>
            <w:r w:rsidRPr="00F54618">
              <w:rPr>
                <w:rFonts w:ascii="Times New Roman" w:hAnsi="Times New Roman" w:cs="Times New Roman"/>
                <w:lang w:val="tr-TR"/>
              </w:rPr>
              <w:t>Enst</w:t>
            </w:r>
            <w:proofErr w:type="spellEnd"/>
            <w:r w:rsidRPr="00F54618">
              <w:rPr>
                <w:rFonts w:ascii="Times New Roman" w:hAnsi="Times New Roman" w:cs="Times New Roman"/>
                <w:lang w:val="tr-TR"/>
              </w:rPr>
              <w:t>.</w:t>
            </w:r>
          </w:p>
          <w:p w14:paraId="0EC622F5" w14:textId="77777777" w:rsidR="00E4514F" w:rsidRPr="00871F7C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6237D5DC" w14:textId="21F86251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D10332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1314565B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0E419716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054DD90C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E4514F" w:rsidRPr="00FF7F79" w14:paraId="2E7ABDD3" w14:textId="77777777" w:rsidTr="00E4514F">
        <w:trPr>
          <w:trHeight w:val="311"/>
        </w:trPr>
        <w:tc>
          <w:tcPr>
            <w:tcW w:w="568" w:type="dxa"/>
          </w:tcPr>
          <w:p w14:paraId="5736590D" w14:textId="77777777" w:rsidR="00E4514F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5E74FA3E" w14:textId="77777777" w:rsidR="00F54618" w:rsidRPr="00F54618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  <w:r w:rsidRPr="00F54618">
              <w:rPr>
                <w:rFonts w:ascii="Times New Roman" w:hAnsi="Times New Roman" w:cs="Times New Roman"/>
                <w:lang w:val="tr-TR"/>
              </w:rPr>
              <w:t>Eğitim Bilimleri Enstitüsü</w:t>
            </w:r>
          </w:p>
          <w:p w14:paraId="5B032F92" w14:textId="77777777" w:rsidR="00E4514F" w:rsidRPr="00871F7C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2444EACD" w14:textId="50E088F4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D10332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02F0907F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61E3F954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01E0F745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E4514F" w:rsidRPr="00FF7F79" w14:paraId="511621FA" w14:textId="77777777" w:rsidTr="00E4514F">
        <w:trPr>
          <w:trHeight w:val="311"/>
        </w:trPr>
        <w:tc>
          <w:tcPr>
            <w:tcW w:w="568" w:type="dxa"/>
          </w:tcPr>
          <w:p w14:paraId="31E083B4" w14:textId="77777777" w:rsidR="00E4514F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21106067" w14:textId="77777777" w:rsidR="00F54618" w:rsidRPr="00F54618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  <w:r w:rsidRPr="00F54618">
              <w:rPr>
                <w:rFonts w:ascii="Times New Roman" w:hAnsi="Times New Roman" w:cs="Times New Roman"/>
                <w:lang w:val="tr-TR"/>
              </w:rPr>
              <w:t>Fen Bilimleri Enstitüsü</w:t>
            </w:r>
          </w:p>
          <w:p w14:paraId="0D296058" w14:textId="77777777" w:rsidR="00E4514F" w:rsidRPr="00871F7C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0761BC2E" w14:textId="50F2D613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D10332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4B7CEAA1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12420BFE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0AD2B929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E4514F" w:rsidRPr="00FF7F79" w14:paraId="24D90FE3" w14:textId="77777777" w:rsidTr="00E4514F">
        <w:trPr>
          <w:trHeight w:val="311"/>
        </w:trPr>
        <w:tc>
          <w:tcPr>
            <w:tcW w:w="568" w:type="dxa"/>
          </w:tcPr>
          <w:p w14:paraId="6668F332" w14:textId="77777777" w:rsidR="00E4514F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6346B242" w14:textId="7D70E50F" w:rsidR="00E4514F" w:rsidRPr="00871F7C" w:rsidRDefault="00F54618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F54618">
              <w:rPr>
                <w:rFonts w:ascii="Times New Roman" w:hAnsi="Times New Roman" w:cs="Times New Roman"/>
                <w:lang w:val="tr-TR"/>
              </w:rPr>
              <w:t>Gıda Tarım ve Hayvancılığı Geliştirme Enstitüsü</w:t>
            </w:r>
          </w:p>
        </w:tc>
        <w:tc>
          <w:tcPr>
            <w:tcW w:w="1276" w:type="dxa"/>
          </w:tcPr>
          <w:p w14:paraId="2A3179CD" w14:textId="0F0B842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D10332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471A6F8F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5C36A2BB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370DBB59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E4514F" w:rsidRPr="00FF7F79" w14:paraId="37339A1A" w14:textId="77777777" w:rsidTr="00E4514F">
        <w:trPr>
          <w:trHeight w:val="311"/>
        </w:trPr>
        <w:tc>
          <w:tcPr>
            <w:tcW w:w="568" w:type="dxa"/>
          </w:tcPr>
          <w:p w14:paraId="49F32DA2" w14:textId="77777777" w:rsidR="00E4514F" w:rsidRDefault="00E4514F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62BCBF69" w14:textId="77777777" w:rsidR="00F54618" w:rsidRPr="00F54618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  <w:r w:rsidRPr="00F54618">
              <w:rPr>
                <w:rFonts w:ascii="Times New Roman" w:hAnsi="Times New Roman" w:cs="Times New Roman"/>
                <w:lang w:val="tr-TR"/>
              </w:rPr>
              <w:t>Sağlık Bilimleri Enstitüsü</w:t>
            </w:r>
          </w:p>
          <w:p w14:paraId="112A731A" w14:textId="77777777" w:rsidR="00E4514F" w:rsidRPr="00871F7C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248E585B" w14:textId="47D97933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D10332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03E05F79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51BB5237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1A4DD6BC" w14:textId="77777777" w:rsidR="00E4514F" w:rsidRPr="00E4514F" w:rsidRDefault="00E4514F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F54618" w:rsidRPr="00FF7F79" w14:paraId="10C685D1" w14:textId="77777777" w:rsidTr="00E4514F">
        <w:trPr>
          <w:trHeight w:val="311"/>
        </w:trPr>
        <w:tc>
          <w:tcPr>
            <w:tcW w:w="568" w:type="dxa"/>
          </w:tcPr>
          <w:p w14:paraId="489524B4" w14:textId="77777777" w:rsidR="00F54618" w:rsidRDefault="00F54618" w:rsidP="00F5461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423D8AC6" w14:textId="77777777" w:rsidR="00F54618" w:rsidRPr="00F54618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  <w:r w:rsidRPr="00F54618">
              <w:rPr>
                <w:rFonts w:ascii="Times New Roman" w:hAnsi="Times New Roman" w:cs="Times New Roman"/>
                <w:lang w:val="tr-TR"/>
              </w:rPr>
              <w:t>Sosyal Bilimler Enstitüsü</w:t>
            </w:r>
          </w:p>
          <w:p w14:paraId="1CADF3E5" w14:textId="77777777" w:rsidR="00F54618" w:rsidRPr="00871F7C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58725E40" w14:textId="6A214378" w:rsidR="00F54618" w:rsidRPr="00D10332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  <w:r w:rsidRPr="0028247E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369690B9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493ACA05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6F650039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F54618" w:rsidRPr="00FF7F79" w14:paraId="1B418D30" w14:textId="77777777" w:rsidTr="00E4514F">
        <w:trPr>
          <w:trHeight w:val="311"/>
        </w:trPr>
        <w:tc>
          <w:tcPr>
            <w:tcW w:w="568" w:type="dxa"/>
          </w:tcPr>
          <w:p w14:paraId="6EE3F53B" w14:textId="77777777" w:rsidR="00F54618" w:rsidRDefault="00F54618" w:rsidP="00F5461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5DE84229" w14:textId="77777777" w:rsidR="00F54618" w:rsidRPr="00F54618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  <w:r w:rsidRPr="00F54618">
              <w:rPr>
                <w:rFonts w:ascii="Times New Roman" w:hAnsi="Times New Roman" w:cs="Times New Roman"/>
                <w:lang w:val="tr-TR"/>
              </w:rPr>
              <w:t>Yabancı Diller Yüksekokulu</w:t>
            </w:r>
          </w:p>
          <w:p w14:paraId="3A43C42E" w14:textId="77777777" w:rsidR="00F54618" w:rsidRPr="00F54618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54C9FA57" w14:textId="19263D85" w:rsidR="00F54618" w:rsidRPr="00D10332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  <w:r w:rsidRPr="0028247E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6395CF71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05441B37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20D4B572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F54618" w:rsidRPr="00FF7F79" w14:paraId="4919D097" w14:textId="77777777" w:rsidTr="00E4514F">
        <w:trPr>
          <w:trHeight w:val="311"/>
        </w:trPr>
        <w:tc>
          <w:tcPr>
            <w:tcW w:w="568" w:type="dxa"/>
          </w:tcPr>
          <w:p w14:paraId="541D1F55" w14:textId="77777777" w:rsidR="00F54618" w:rsidRDefault="00F54618" w:rsidP="00F5461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6173F0AD" w14:textId="77777777" w:rsidR="00F54618" w:rsidRPr="00F54618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  <w:r w:rsidRPr="00F54618">
              <w:rPr>
                <w:rFonts w:ascii="Times New Roman" w:hAnsi="Times New Roman" w:cs="Times New Roman"/>
                <w:lang w:val="tr-TR"/>
              </w:rPr>
              <w:t>Adana Sağlık Hizmetleri Meslek Yüksekokulu</w:t>
            </w:r>
          </w:p>
          <w:p w14:paraId="7C47F4FD" w14:textId="77777777" w:rsidR="00F54618" w:rsidRPr="00F54618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6F8E8A70" w14:textId="6B12D282" w:rsidR="00F54618" w:rsidRPr="00D10332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  <w:r w:rsidRPr="0028247E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4A61E6B2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28DC05D2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1BD803E3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F54618" w:rsidRPr="00FF7F79" w14:paraId="6497F6BA" w14:textId="77777777" w:rsidTr="00E4514F">
        <w:trPr>
          <w:trHeight w:val="311"/>
        </w:trPr>
        <w:tc>
          <w:tcPr>
            <w:tcW w:w="568" w:type="dxa"/>
          </w:tcPr>
          <w:p w14:paraId="2821003E" w14:textId="77777777" w:rsidR="00F54618" w:rsidRDefault="00F54618" w:rsidP="00F5461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151324AA" w14:textId="6A45745B" w:rsidR="00F54618" w:rsidRPr="00F54618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  <w:r w:rsidRPr="00F54618">
              <w:rPr>
                <w:rFonts w:ascii="Times New Roman" w:hAnsi="Times New Roman" w:cs="Times New Roman"/>
                <w:lang w:val="tr-TR"/>
              </w:rPr>
              <w:t>Anadolu Organize Sanayi Bölgesi Meslek Yüksekokulu</w:t>
            </w:r>
          </w:p>
        </w:tc>
        <w:tc>
          <w:tcPr>
            <w:tcW w:w="1276" w:type="dxa"/>
          </w:tcPr>
          <w:p w14:paraId="1A7254F1" w14:textId="4C22B219" w:rsidR="00F54618" w:rsidRPr="00D10332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  <w:r w:rsidRPr="0028247E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2F316A75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15CDDA3B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1539C71A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F54618" w:rsidRPr="00FF7F79" w14:paraId="3BC0FCC4" w14:textId="77777777" w:rsidTr="00E4514F">
        <w:trPr>
          <w:trHeight w:val="311"/>
        </w:trPr>
        <w:tc>
          <w:tcPr>
            <w:tcW w:w="568" w:type="dxa"/>
          </w:tcPr>
          <w:p w14:paraId="5C0DE6EA" w14:textId="77777777" w:rsidR="00F54618" w:rsidRDefault="00F54618" w:rsidP="00F5461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72542A6B" w14:textId="77777777" w:rsidR="00F54618" w:rsidRPr="00F54618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  <w:r w:rsidRPr="00F54618">
              <w:rPr>
                <w:rFonts w:ascii="Times New Roman" w:hAnsi="Times New Roman" w:cs="Times New Roman"/>
                <w:lang w:val="tr-TR"/>
              </w:rPr>
              <w:t>Kahramankazan Meslek Yüksekokulu</w:t>
            </w:r>
          </w:p>
          <w:p w14:paraId="1C608E94" w14:textId="77777777" w:rsidR="00F54618" w:rsidRPr="00F54618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3F4A8900" w14:textId="6A174012" w:rsidR="00F54618" w:rsidRPr="00D10332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  <w:r w:rsidRPr="0028247E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2976988C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45C6FAA4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7D8A3FDD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F54618" w:rsidRPr="00FF7F79" w14:paraId="0AA00F8B" w14:textId="77777777" w:rsidTr="00E4514F">
        <w:trPr>
          <w:trHeight w:val="311"/>
        </w:trPr>
        <w:tc>
          <w:tcPr>
            <w:tcW w:w="568" w:type="dxa"/>
          </w:tcPr>
          <w:p w14:paraId="716DCBC2" w14:textId="77777777" w:rsidR="00F54618" w:rsidRDefault="00F54618" w:rsidP="00F5461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7A7513BC" w14:textId="77777777" w:rsidR="00F54618" w:rsidRPr="00F54618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  <w:r w:rsidRPr="00F54618">
              <w:rPr>
                <w:rFonts w:ascii="Times New Roman" w:hAnsi="Times New Roman" w:cs="Times New Roman"/>
                <w:lang w:val="tr-TR"/>
              </w:rPr>
              <w:t>Konya Sağlık Hizmetleri Meslek Yüksekokulu</w:t>
            </w:r>
          </w:p>
          <w:p w14:paraId="1C2ED102" w14:textId="77777777" w:rsidR="00F54618" w:rsidRPr="00F54618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4B14F332" w14:textId="1901EE53" w:rsidR="00F54618" w:rsidRPr="00D10332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  <w:r w:rsidRPr="0028247E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7DC2AB37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302F45F5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209B8DEA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F54618" w:rsidRPr="00FF7F79" w14:paraId="38EBDC08" w14:textId="77777777" w:rsidTr="00E4514F">
        <w:trPr>
          <w:trHeight w:val="311"/>
        </w:trPr>
        <w:tc>
          <w:tcPr>
            <w:tcW w:w="568" w:type="dxa"/>
          </w:tcPr>
          <w:p w14:paraId="1AD8DB7D" w14:textId="77777777" w:rsidR="00F54618" w:rsidRDefault="00F54618" w:rsidP="00F5461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54E126FA" w14:textId="77777777" w:rsidR="00F54618" w:rsidRPr="00F54618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  <w:r w:rsidRPr="00F54618">
              <w:rPr>
                <w:rFonts w:ascii="Times New Roman" w:hAnsi="Times New Roman" w:cs="Times New Roman"/>
                <w:lang w:val="tr-TR"/>
              </w:rPr>
              <w:t>Sağlık Hizmetleri Meslek Yüksekokulu</w:t>
            </w:r>
          </w:p>
          <w:p w14:paraId="0C691604" w14:textId="77777777" w:rsidR="00F54618" w:rsidRPr="00F54618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367E557F" w14:textId="7A209C53" w:rsidR="00F54618" w:rsidRPr="00D10332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  <w:r w:rsidRPr="0028247E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27A2ABE6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26A96A54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4C60CED7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F54618" w:rsidRPr="00FF7F79" w14:paraId="70540915" w14:textId="77777777" w:rsidTr="00E4514F">
        <w:trPr>
          <w:trHeight w:val="311"/>
        </w:trPr>
        <w:tc>
          <w:tcPr>
            <w:tcW w:w="568" w:type="dxa"/>
          </w:tcPr>
          <w:p w14:paraId="6766B57C" w14:textId="77777777" w:rsidR="00F54618" w:rsidRDefault="00F54618" w:rsidP="00F5461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52143CCE" w14:textId="77777777" w:rsidR="00F54618" w:rsidRPr="00F54618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  <w:r w:rsidRPr="00F54618">
              <w:rPr>
                <w:rFonts w:ascii="Times New Roman" w:hAnsi="Times New Roman" w:cs="Times New Roman"/>
                <w:lang w:val="tr-TR"/>
              </w:rPr>
              <w:t>Sosyal Bilimler Meslek Yüksekokulu</w:t>
            </w:r>
          </w:p>
          <w:p w14:paraId="6A4D43F7" w14:textId="77777777" w:rsidR="00F54618" w:rsidRPr="00F54618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3135467B" w14:textId="501A0281" w:rsidR="00F54618" w:rsidRPr="00D10332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  <w:r w:rsidRPr="0028247E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63DD97CD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47157960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1DDE32EA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F54618" w:rsidRPr="00FF7F79" w14:paraId="0D868FA2" w14:textId="77777777" w:rsidTr="00E4514F">
        <w:trPr>
          <w:trHeight w:val="311"/>
        </w:trPr>
        <w:tc>
          <w:tcPr>
            <w:tcW w:w="568" w:type="dxa"/>
          </w:tcPr>
          <w:p w14:paraId="0CBBE672" w14:textId="77777777" w:rsidR="00F54618" w:rsidRDefault="00F54618" w:rsidP="00F5461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0280BAA6" w14:textId="77777777" w:rsidR="00F54618" w:rsidRPr="00F54618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  <w:r w:rsidRPr="00F54618">
              <w:rPr>
                <w:rFonts w:ascii="Times New Roman" w:hAnsi="Times New Roman" w:cs="Times New Roman"/>
                <w:lang w:val="tr-TR"/>
              </w:rPr>
              <w:t>Teknik Bilimler Meslek Yüksekokulu</w:t>
            </w:r>
          </w:p>
          <w:p w14:paraId="1F8468E0" w14:textId="77777777" w:rsidR="00F54618" w:rsidRPr="00F54618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35B81B76" w14:textId="10DEED80" w:rsidR="00F54618" w:rsidRPr="00D10332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  <w:r w:rsidRPr="0028247E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73025FA5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3D1C3EB8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7F9EE365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F54618" w:rsidRPr="00FF7F79" w14:paraId="5E41A9BF" w14:textId="77777777" w:rsidTr="00E4514F">
        <w:trPr>
          <w:trHeight w:val="311"/>
        </w:trPr>
        <w:tc>
          <w:tcPr>
            <w:tcW w:w="568" w:type="dxa"/>
          </w:tcPr>
          <w:p w14:paraId="64A89FCD" w14:textId="77777777" w:rsidR="00F54618" w:rsidRDefault="00F54618" w:rsidP="00F5461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04F69ED6" w14:textId="77777777" w:rsidR="00F54618" w:rsidRPr="00F54618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  <w:r w:rsidRPr="00F54618">
              <w:rPr>
                <w:rFonts w:ascii="Times New Roman" w:hAnsi="Times New Roman" w:cs="Times New Roman"/>
                <w:lang w:val="tr-TR"/>
              </w:rPr>
              <w:t>Devlet Konservatuvarı</w:t>
            </w:r>
          </w:p>
          <w:p w14:paraId="340765A6" w14:textId="77777777" w:rsidR="00F54618" w:rsidRPr="00F54618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1AD3538B" w14:textId="534A0AC9" w:rsidR="00F54618" w:rsidRPr="00D10332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  <w:r w:rsidRPr="0028247E">
              <w:rPr>
                <w:rFonts w:ascii="Times New Roman" w:hAnsi="Times New Roman" w:cs="Times New Roman"/>
                <w:lang w:val="tr-TR"/>
              </w:rPr>
              <w:t>Akademik</w:t>
            </w:r>
          </w:p>
        </w:tc>
        <w:tc>
          <w:tcPr>
            <w:tcW w:w="2943" w:type="dxa"/>
          </w:tcPr>
          <w:p w14:paraId="3838C4DA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74E4B25D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049B8B75" w14:textId="77777777" w:rsidR="00F54618" w:rsidRPr="00E4514F" w:rsidRDefault="00F54618" w:rsidP="00F5461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F54618" w:rsidRPr="00B810F8" w14:paraId="56875A79" w14:textId="77777777" w:rsidTr="00E4514F">
        <w:trPr>
          <w:trHeight w:val="311"/>
        </w:trPr>
        <w:tc>
          <w:tcPr>
            <w:tcW w:w="568" w:type="dxa"/>
          </w:tcPr>
          <w:p w14:paraId="708E1042" w14:textId="77777777" w:rsidR="00F54618" w:rsidRPr="00B810F8" w:rsidRDefault="00F54618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1512AAAA" w14:textId="4D14CAEA" w:rsidR="00F54618" w:rsidRPr="00B810F8" w:rsidRDefault="00BE131D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B810F8">
              <w:rPr>
                <w:rFonts w:ascii="Times New Roman" w:hAnsi="Times New Roman" w:cs="Times New Roman"/>
                <w:lang w:val="tr-TR"/>
              </w:rPr>
              <w:t>Bilgi İşlem Daire Başkanlığı</w:t>
            </w:r>
          </w:p>
        </w:tc>
        <w:tc>
          <w:tcPr>
            <w:tcW w:w="1276" w:type="dxa"/>
          </w:tcPr>
          <w:p w14:paraId="082A0AD0" w14:textId="4071EB00" w:rsidR="00F54618" w:rsidRPr="00B810F8" w:rsidRDefault="00B810F8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B810F8">
              <w:rPr>
                <w:rFonts w:ascii="Times New Roman" w:hAnsi="Times New Roman" w:cs="Times New Roman"/>
                <w:lang w:val="tr-TR"/>
              </w:rPr>
              <w:t>İdari</w:t>
            </w:r>
          </w:p>
        </w:tc>
        <w:tc>
          <w:tcPr>
            <w:tcW w:w="2943" w:type="dxa"/>
          </w:tcPr>
          <w:p w14:paraId="4FED72E0" w14:textId="77777777" w:rsidR="00F54618" w:rsidRPr="00B810F8" w:rsidRDefault="00F54618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635CE6BF" w14:textId="77777777" w:rsidR="00F54618" w:rsidRPr="00B810F8" w:rsidRDefault="00F54618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7E0D1263" w14:textId="77777777" w:rsidR="00F54618" w:rsidRPr="00B810F8" w:rsidRDefault="00F54618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810F8" w:rsidRPr="00B810F8" w14:paraId="5D04D500" w14:textId="77777777" w:rsidTr="00E4514F">
        <w:trPr>
          <w:trHeight w:val="311"/>
        </w:trPr>
        <w:tc>
          <w:tcPr>
            <w:tcW w:w="568" w:type="dxa"/>
          </w:tcPr>
          <w:p w14:paraId="0A6C0403" w14:textId="77777777" w:rsidR="00B810F8" w:rsidRPr="00B810F8" w:rsidRDefault="00B810F8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6CE29937" w14:textId="48ADC2BE" w:rsidR="00B810F8" w:rsidRPr="00B810F8" w:rsidRDefault="00B810F8" w:rsidP="00BE131D">
            <w:pPr>
              <w:rPr>
                <w:rFonts w:ascii="Times New Roman" w:hAnsi="Times New Roman" w:cs="Times New Roman"/>
                <w:lang w:val="tr-TR"/>
              </w:rPr>
            </w:pPr>
            <w:r w:rsidRPr="00B810F8">
              <w:rPr>
                <w:rFonts w:ascii="Times New Roman" w:hAnsi="Times New Roman" w:cs="Times New Roman"/>
                <w:lang w:val="tr-TR"/>
              </w:rPr>
              <w:t>Kütüphane ve Dokümantasyon Daire Başkanlığı</w:t>
            </w:r>
          </w:p>
        </w:tc>
        <w:tc>
          <w:tcPr>
            <w:tcW w:w="1276" w:type="dxa"/>
          </w:tcPr>
          <w:p w14:paraId="4C1CC0AD" w14:textId="02869A89" w:rsidR="00B810F8" w:rsidRPr="00B810F8" w:rsidRDefault="00B810F8" w:rsidP="00E4514F">
            <w:pPr>
              <w:rPr>
                <w:rFonts w:ascii="Times New Roman" w:hAnsi="Times New Roman" w:cs="Times New Roman"/>
                <w:lang w:val="tr-TR"/>
              </w:rPr>
            </w:pPr>
            <w:r w:rsidRPr="00B810F8">
              <w:rPr>
                <w:rFonts w:ascii="Times New Roman" w:hAnsi="Times New Roman" w:cs="Times New Roman"/>
                <w:lang w:val="tr-TR"/>
              </w:rPr>
              <w:t>İdari</w:t>
            </w:r>
          </w:p>
        </w:tc>
        <w:tc>
          <w:tcPr>
            <w:tcW w:w="2943" w:type="dxa"/>
          </w:tcPr>
          <w:p w14:paraId="061883B2" w14:textId="77777777" w:rsidR="00B810F8" w:rsidRPr="00B810F8" w:rsidRDefault="00B810F8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7580E4C8" w14:textId="77777777" w:rsidR="00B810F8" w:rsidRPr="00B810F8" w:rsidRDefault="00B810F8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6CD5B16F" w14:textId="77777777" w:rsidR="00B810F8" w:rsidRPr="00B810F8" w:rsidRDefault="00B810F8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810F8" w:rsidRPr="00B810F8" w14:paraId="76DD8742" w14:textId="77777777" w:rsidTr="00E4514F">
        <w:trPr>
          <w:trHeight w:val="311"/>
        </w:trPr>
        <w:tc>
          <w:tcPr>
            <w:tcW w:w="568" w:type="dxa"/>
          </w:tcPr>
          <w:p w14:paraId="6B9954D4" w14:textId="77777777" w:rsidR="00B810F8" w:rsidRPr="00B810F8" w:rsidRDefault="00B810F8" w:rsidP="00B810F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129A3106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B810F8">
              <w:rPr>
                <w:rFonts w:ascii="Times New Roman" w:hAnsi="Times New Roman" w:cs="Times New Roman"/>
                <w:lang w:val="tr-TR"/>
              </w:rPr>
              <w:t>Öğrenci İşleri Daire Başkanlığı</w:t>
            </w:r>
          </w:p>
          <w:p w14:paraId="74583609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771DDC32" w14:textId="0C8D4602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B810F8">
              <w:rPr>
                <w:rFonts w:ascii="Times New Roman" w:hAnsi="Times New Roman" w:cs="Times New Roman"/>
                <w:lang w:val="tr-TR"/>
              </w:rPr>
              <w:t>İdari</w:t>
            </w:r>
          </w:p>
        </w:tc>
        <w:tc>
          <w:tcPr>
            <w:tcW w:w="2943" w:type="dxa"/>
          </w:tcPr>
          <w:p w14:paraId="4F955DC7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303B7FA0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759BD8EA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810F8" w:rsidRPr="00B810F8" w14:paraId="596B49F0" w14:textId="77777777" w:rsidTr="00E4514F">
        <w:trPr>
          <w:trHeight w:val="311"/>
        </w:trPr>
        <w:tc>
          <w:tcPr>
            <w:tcW w:w="568" w:type="dxa"/>
          </w:tcPr>
          <w:p w14:paraId="44C41A0C" w14:textId="77777777" w:rsidR="00B810F8" w:rsidRPr="00B810F8" w:rsidRDefault="00B810F8" w:rsidP="00B810F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7D907F25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B810F8">
              <w:rPr>
                <w:rFonts w:ascii="Times New Roman" w:hAnsi="Times New Roman" w:cs="Times New Roman"/>
                <w:lang w:val="tr-TR"/>
              </w:rPr>
              <w:t>Personel Daire Başkanlığı</w:t>
            </w:r>
          </w:p>
          <w:p w14:paraId="3228253D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492957B2" w14:textId="22C3770C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B810F8">
              <w:rPr>
                <w:rFonts w:ascii="Times New Roman" w:hAnsi="Times New Roman" w:cs="Times New Roman"/>
                <w:lang w:val="tr-TR"/>
              </w:rPr>
              <w:t>İdari</w:t>
            </w:r>
          </w:p>
        </w:tc>
        <w:tc>
          <w:tcPr>
            <w:tcW w:w="2943" w:type="dxa"/>
          </w:tcPr>
          <w:p w14:paraId="52162CE4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37C50FE1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1DFEF78B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810F8" w:rsidRPr="00B810F8" w14:paraId="56ACBA75" w14:textId="77777777" w:rsidTr="00E4514F">
        <w:trPr>
          <w:trHeight w:val="311"/>
        </w:trPr>
        <w:tc>
          <w:tcPr>
            <w:tcW w:w="568" w:type="dxa"/>
          </w:tcPr>
          <w:p w14:paraId="15913371" w14:textId="77777777" w:rsidR="00B810F8" w:rsidRPr="00B810F8" w:rsidRDefault="00B810F8" w:rsidP="00B810F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3C328691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B810F8">
              <w:rPr>
                <w:rFonts w:ascii="Times New Roman" w:hAnsi="Times New Roman" w:cs="Times New Roman"/>
                <w:lang w:val="tr-TR"/>
              </w:rPr>
              <w:t>Sağlık, Kültür ve Spor Daire Başkanlığı</w:t>
            </w:r>
          </w:p>
          <w:p w14:paraId="7E6F3E21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0CAF6E27" w14:textId="3FBAC34D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B810F8">
              <w:rPr>
                <w:rFonts w:ascii="Times New Roman" w:hAnsi="Times New Roman" w:cs="Times New Roman"/>
                <w:lang w:val="tr-TR"/>
              </w:rPr>
              <w:t>İdari</w:t>
            </w:r>
          </w:p>
        </w:tc>
        <w:tc>
          <w:tcPr>
            <w:tcW w:w="2943" w:type="dxa"/>
          </w:tcPr>
          <w:p w14:paraId="412192E1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400C8ADE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3C384B47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810F8" w:rsidRPr="00B810F8" w14:paraId="05CF1810" w14:textId="77777777" w:rsidTr="00E4514F">
        <w:trPr>
          <w:trHeight w:val="311"/>
        </w:trPr>
        <w:tc>
          <w:tcPr>
            <w:tcW w:w="568" w:type="dxa"/>
          </w:tcPr>
          <w:p w14:paraId="3676F42A" w14:textId="77777777" w:rsidR="00B810F8" w:rsidRPr="00B810F8" w:rsidRDefault="00B810F8" w:rsidP="00B810F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2CD3AC53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B810F8">
              <w:rPr>
                <w:rFonts w:ascii="Times New Roman" w:hAnsi="Times New Roman" w:cs="Times New Roman"/>
                <w:lang w:val="tr-TR"/>
              </w:rPr>
              <w:t>Yapı İşleri ve Teknik Daire Başkanlığı</w:t>
            </w:r>
          </w:p>
          <w:p w14:paraId="0C81D1CB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6B5A06C0" w14:textId="43092B3B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6C43E5">
              <w:rPr>
                <w:rFonts w:ascii="Times New Roman" w:hAnsi="Times New Roman" w:cs="Times New Roman"/>
                <w:lang w:val="tr-TR"/>
              </w:rPr>
              <w:t>İdari</w:t>
            </w:r>
          </w:p>
        </w:tc>
        <w:tc>
          <w:tcPr>
            <w:tcW w:w="2943" w:type="dxa"/>
          </w:tcPr>
          <w:p w14:paraId="77C1E1D1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640108AF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16B701DC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810F8" w:rsidRPr="00B810F8" w14:paraId="1E30C5FF" w14:textId="77777777" w:rsidTr="00E4514F">
        <w:trPr>
          <w:trHeight w:val="311"/>
        </w:trPr>
        <w:tc>
          <w:tcPr>
            <w:tcW w:w="568" w:type="dxa"/>
          </w:tcPr>
          <w:p w14:paraId="6F98ED3C" w14:textId="77777777" w:rsidR="00B810F8" w:rsidRPr="00B810F8" w:rsidRDefault="00B810F8" w:rsidP="00B810F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07ABC3A1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B810F8">
              <w:rPr>
                <w:rFonts w:ascii="Times New Roman" w:hAnsi="Times New Roman" w:cs="Times New Roman"/>
                <w:lang w:val="tr-TR"/>
              </w:rPr>
              <w:t>Akademik Değerlendirme Koordinatörlüğü</w:t>
            </w:r>
          </w:p>
          <w:p w14:paraId="58D214E6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0E78B05F" w14:textId="51CC439C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6C43E5">
              <w:rPr>
                <w:rFonts w:ascii="Times New Roman" w:hAnsi="Times New Roman" w:cs="Times New Roman"/>
                <w:lang w:val="tr-TR"/>
              </w:rPr>
              <w:t>İdari</w:t>
            </w:r>
          </w:p>
        </w:tc>
        <w:tc>
          <w:tcPr>
            <w:tcW w:w="2943" w:type="dxa"/>
          </w:tcPr>
          <w:p w14:paraId="4712E6CE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3B2D52D0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54CED791" w14:textId="77777777" w:rsidR="00B810F8" w:rsidRPr="00B810F8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810F8" w:rsidRPr="00C5240A" w14:paraId="7E3A3F6E" w14:textId="77777777" w:rsidTr="00E4514F">
        <w:trPr>
          <w:trHeight w:val="311"/>
        </w:trPr>
        <w:tc>
          <w:tcPr>
            <w:tcW w:w="568" w:type="dxa"/>
          </w:tcPr>
          <w:p w14:paraId="0F893DF8" w14:textId="77777777" w:rsidR="00B810F8" w:rsidRPr="00C5240A" w:rsidRDefault="00B810F8" w:rsidP="00B810F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1F1B09D5" w14:textId="1D28986C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C5240A">
              <w:rPr>
                <w:rFonts w:ascii="Times New Roman" w:hAnsi="Times New Roman" w:cs="Times New Roman"/>
                <w:lang w:val="tr-TR"/>
              </w:rPr>
              <w:t>Araştırma ve Geliştirme Koordinatörlüğü (AR-GE)</w:t>
            </w:r>
          </w:p>
        </w:tc>
        <w:tc>
          <w:tcPr>
            <w:tcW w:w="1276" w:type="dxa"/>
          </w:tcPr>
          <w:p w14:paraId="6B54EB15" w14:textId="244A94F6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6C43E5">
              <w:rPr>
                <w:rFonts w:ascii="Times New Roman" w:hAnsi="Times New Roman" w:cs="Times New Roman"/>
                <w:lang w:val="tr-TR"/>
              </w:rPr>
              <w:t>İdari</w:t>
            </w:r>
          </w:p>
        </w:tc>
        <w:tc>
          <w:tcPr>
            <w:tcW w:w="2943" w:type="dxa"/>
          </w:tcPr>
          <w:p w14:paraId="33CB7DC0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20A40D63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50A25240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810F8" w:rsidRPr="00C5240A" w14:paraId="5F1AE5B4" w14:textId="77777777" w:rsidTr="00E4514F">
        <w:trPr>
          <w:trHeight w:val="311"/>
        </w:trPr>
        <w:tc>
          <w:tcPr>
            <w:tcW w:w="568" w:type="dxa"/>
          </w:tcPr>
          <w:p w14:paraId="1845F0BA" w14:textId="77777777" w:rsidR="00B810F8" w:rsidRPr="00C5240A" w:rsidRDefault="00B810F8" w:rsidP="00B810F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4E30C1C6" w14:textId="005A2420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C5240A">
              <w:rPr>
                <w:rFonts w:ascii="Times New Roman" w:hAnsi="Times New Roman" w:cs="Times New Roman"/>
                <w:lang w:val="tr-TR"/>
              </w:rPr>
              <w:t>Basın, Yayın ve Halkla İlişkiler Koordinatörlüğü</w:t>
            </w:r>
          </w:p>
        </w:tc>
        <w:tc>
          <w:tcPr>
            <w:tcW w:w="1276" w:type="dxa"/>
          </w:tcPr>
          <w:p w14:paraId="3F86973B" w14:textId="5C415A50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6C43E5">
              <w:rPr>
                <w:rFonts w:ascii="Times New Roman" w:hAnsi="Times New Roman" w:cs="Times New Roman"/>
                <w:lang w:val="tr-TR"/>
              </w:rPr>
              <w:t>İdari</w:t>
            </w:r>
          </w:p>
        </w:tc>
        <w:tc>
          <w:tcPr>
            <w:tcW w:w="2943" w:type="dxa"/>
          </w:tcPr>
          <w:p w14:paraId="29648528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10551764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2B6F1239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810F8" w:rsidRPr="00C5240A" w14:paraId="530C23AD" w14:textId="77777777" w:rsidTr="00E4514F">
        <w:trPr>
          <w:trHeight w:val="311"/>
        </w:trPr>
        <w:tc>
          <w:tcPr>
            <w:tcW w:w="568" w:type="dxa"/>
          </w:tcPr>
          <w:p w14:paraId="2B17D366" w14:textId="77777777" w:rsidR="00B810F8" w:rsidRPr="00C5240A" w:rsidRDefault="00B810F8" w:rsidP="00B810F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4C15C446" w14:textId="1A8599CD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C5240A">
              <w:rPr>
                <w:rFonts w:ascii="Times New Roman" w:hAnsi="Times New Roman" w:cs="Times New Roman"/>
                <w:lang w:val="tr-TR"/>
              </w:rPr>
              <w:t>Atatürk İlkeleri ve İnkılap Tarihi Uzaktan Öğretim Koordinatörlüğü</w:t>
            </w:r>
          </w:p>
        </w:tc>
        <w:tc>
          <w:tcPr>
            <w:tcW w:w="1276" w:type="dxa"/>
          </w:tcPr>
          <w:p w14:paraId="7A17918F" w14:textId="52328AB3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6C43E5">
              <w:rPr>
                <w:rFonts w:ascii="Times New Roman" w:hAnsi="Times New Roman" w:cs="Times New Roman"/>
                <w:lang w:val="tr-TR"/>
              </w:rPr>
              <w:t>İdari</w:t>
            </w:r>
          </w:p>
        </w:tc>
        <w:tc>
          <w:tcPr>
            <w:tcW w:w="2943" w:type="dxa"/>
          </w:tcPr>
          <w:p w14:paraId="75381CDF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04B89605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385FECCC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810F8" w:rsidRPr="00C5240A" w14:paraId="13E68578" w14:textId="77777777" w:rsidTr="00E4514F">
        <w:trPr>
          <w:trHeight w:val="311"/>
        </w:trPr>
        <w:tc>
          <w:tcPr>
            <w:tcW w:w="568" w:type="dxa"/>
          </w:tcPr>
          <w:p w14:paraId="45E2C0C5" w14:textId="77777777" w:rsidR="00B810F8" w:rsidRPr="00C5240A" w:rsidRDefault="00B810F8" w:rsidP="00B810F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270A1CDC" w14:textId="4FD57D8A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C5240A">
              <w:rPr>
                <w:rFonts w:ascii="Times New Roman" w:hAnsi="Times New Roman" w:cs="Times New Roman"/>
                <w:lang w:val="tr-TR"/>
              </w:rPr>
              <w:t>Bilgi, İnovasyon ve Teknoloji Transfer Ofisi (BÜ-BİTTO)</w:t>
            </w:r>
          </w:p>
        </w:tc>
        <w:tc>
          <w:tcPr>
            <w:tcW w:w="1276" w:type="dxa"/>
          </w:tcPr>
          <w:p w14:paraId="4A01EEDA" w14:textId="77FFD47C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6C43E5">
              <w:rPr>
                <w:rFonts w:ascii="Times New Roman" w:hAnsi="Times New Roman" w:cs="Times New Roman"/>
                <w:lang w:val="tr-TR"/>
              </w:rPr>
              <w:t>İdari</w:t>
            </w:r>
          </w:p>
        </w:tc>
        <w:tc>
          <w:tcPr>
            <w:tcW w:w="2943" w:type="dxa"/>
          </w:tcPr>
          <w:p w14:paraId="4734ED3F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547E71BD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11DE3010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810F8" w:rsidRPr="00C5240A" w14:paraId="52621315" w14:textId="77777777" w:rsidTr="00E4514F">
        <w:trPr>
          <w:trHeight w:val="311"/>
        </w:trPr>
        <w:tc>
          <w:tcPr>
            <w:tcW w:w="568" w:type="dxa"/>
          </w:tcPr>
          <w:p w14:paraId="72ACEDB5" w14:textId="77777777" w:rsidR="00B810F8" w:rsidRPr="00C5240A" w:rsidRDefault="00B810F8" w:rsidP="00B810F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6F2835CF" w14:textId="3E9DA524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C5240A">
              <w:rPr>
                <w:rFonts w:ascii="Times New Roman" w:hAnsi="Times New Roman" w:cs="Times New Roman"/>
                <w:lang w:val="tr-TR"/>
              </w:rPr>
              <w:t>Bilgi Teknolojileri ve Uygulamaları Koordinatörlüğü (BTU)</w:t>
            </w:r>
          </w:p>
        </w:tc>
        <w:tc>
          <w:tcPr>
            <w:tcW w:w="1276" w:type="dxa"/>
          </w:tcPr>
          <w:p w14:paraId="74A5262E" w14:textId="2C87829F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6C43E5">
              <w:rPr>
                <w:rFonts w:ascii="Times New Roman" w:hAnsi="Times New Roman" w:cs="Times New Roman"/>
                <w:lang w:val="tr-TR"/>
              </w:rPr>
              <w:t>İdari</w:t>
            </w:r>
          </w:p>
        </w:tc>
        <w:tc>
          <w:tcPr>
            <w:tcW w:w="2943" w:type="dxa"/>
          </w:tcPr>
          <w:p w14:paraId="7EB6A6C5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4028E1B5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7B67A641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810F8" w:rsidRPr="00C5240A" w14:paraId="78072970" w14:textId="77777777" w:rsidTr="00E4514F">
        <w:trPr>
          <w:trHeight w:val="311"/>
        </w:trPr>
        <w:tc>
          <w:tcPr>
            <w:tcW w:w="568" w:type="dxa"/>
          </w:tcPr>
          <w:p w14:paraId="632AFF53" w14:textId="77777777" w:rsidR="00B810F8" w:rsidRPr="00C5240A" w:rsidRDefault="00B810F8" w:rsidP="00B810F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7791A2F5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C5240A">
              <w:rPr>
                <w:rFonts w:ascii="Times New Roman" w:hAnsi="Times New Roman" w:cs="Times New Roman"/>
                <w:lang w:val="tr-TR"/>
              </w:rPr>
              <w:t>Kalite ve Akreditasyon Koordinatörlüğü</w:t>
            </w:r>
          </w:p>
          <w:p w14:paraId="0391FBFB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127C8415" w14:textId="65AAE50D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6C43E5">
              <w:rPr>
                <w:rFonts w:ascii="Times New Roman" w:hAnsi="Times New Roman" w:cs="Times New Roman"/>
                <w:lang w:val="tr-TR"/>
              </w:rPr>
              <w:t>İdari</w:t>
            </w:r>
          </w:p>
        </w:tc>
        <w:tc>
          <w:tcPr>
            <w:tcW w:w="2943" w:type="dxa"/>
          </w:tcPr>
          <w:p w14:paraId="4DE3E070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3A25F51D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5D393DDD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810F8" w:rsidRPr="00C5240A" w14:paraId="4D571B4D" w14:textId="77777777" w:rsidTr="00E4514F">
        <w:trPr>
          <w:trHeight w:val="311"/>
        </w:trPr>
        <w:tc>
          <w:tcPr>
            <w:tcW w:w="568" w:type="dxa"/>
          </w:tcPr>
          <w:p w14:paraId="4C7CD4D9" w14:textId="77777777" w:rsidR="00B810F8" w:rsidRPr="00C5240A" w:rsidRDefault="00B810F8" w:rsidP="00B810F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0A810CF1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C5240A">
              <w:rPr>
                <w:rFonts w:ascii="Times New Roman" w:hAnsi="Times New Roman" w:cs="Times New Roman"/>
                <w:lang w:val="tr-TR"/>
              </w:rPr>
              <w:t>Kurumsal İletişim Koordinatörlüğü (BÜ-KİK)</w:t>
            </w:r>
          </w:p>
          <w:p w14:paraId="6BFE6EF5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1AF39CF3" w14:textId="68221503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6C43E5">
              <w:rPr>
                <w:rFonts w:ascii="Times New Roman" w:hAnsi="Times New Roman" w:cs="Times New Roman"/>
                <w:lang w:val="tr-TR"/>
              </w:rPr>
              <w:t>İdari</w:t>
            </w:r>
          </w:p>
        </w:tc>
        <w:tc>
          <w:tcPr>
            <w:tcW w:w="2943" w:type="dxa"/>
          </w:tcPr>
          <w:p w14:paraId="0ED8D825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2FE8A9F5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0BCCDD6B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810F8" w:rsidRPr="00C5240A" w14:paraId="2DDF210D" w14:textId="77777777" w:rsidTr="00E4514F">
        <w:trPr>
          <w:trHeight w:val="311"/>
        </w:trPr>
        <w:tc>
          <w:tcPr>
            <w:tcW w:w="568" w:type="dxa"/>
          </w:tcPr>
          <w:p w14:paraId="79F31B2C" w14:textId="77777777" w:rsidR="00B810F8" w:rsidRPr="00C5240A" w:rsidRDefault="00B810F8" w:rsidP="00B810F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7E66660F" w14:textId="5D36C8A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C5240A">
              <w:rPr>
                <w:rFonts w:ascii="Times New Roman" w:hAnsi="Times New Roman" w:cs="Times New Roman"/>
                <w:lang w:val="tr-TR"/>
              </w:rPr>
              <w:t>Oryantasyon ve Kişisel Gelişim Dersi Koordinatörlüğü (ORY-KG)</w:t>
            </w:r>
          </w:p>
        </w:tc>
        <w:tc>
          <w:tcPr>
            <w:tcW w:w="1276" w:type="dxa"/>
          </w:tcPr>
          <w:p w14:paraId="3966500D" w14:textId="7E8D0680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6C43E5">
              <w:rPr>
                <w:rFonts w:ascii="Times New Roman" w:hAnsi="Times New Roman" w:cs="Times New Roman"/>
                <w:lang w:val="tr-TR"/>
              </w:rPr>
              <w:t>İdari</w:t>
            </w:r>
          </w:p>
        </w:tc>
        <w:tc>
          <w:tcPr>
            <w:tcW w:w="2943" w:type="dxa"/>
          </w:tcPr>
          <w:p w14:paraId="2519CD47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69E4EC5D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0E4CA83F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810F8" w:rsidRPr="00C5240A" w14:paraId="7664A935" w14:textId="77777777" w:rsidTr="00E4514F">
        <w:trPr>
          <w:trHeight w:val="311"/>
        </w:trPr>
        <w:tc>
          <w:tcPr>
            <w:tcW w:w="568" w:type="dxa"/>
          </w:tcPr>
          <w:p w14:paraId="4A0BF556" w14:textId="77777777" w:rsidR="00B810F8" w:rsidRPr="00C5240A" w:rsidRDefault="00B810F8" w:rsidP="00B810F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47CFB7DD" w14:textId="03628850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C5240A">
              <w:rPr>
                <w:rFonts w:ascii="Times New Roman" w:hAnsi="Times New Roman" w:cs="Times New Roman"/>
                <w:lang w:val="tr-TR"/>
              </w:rPr>
              <w:t>Uluslararası İlişkiler ve Değişim Programları Koordinatörlüğü</w:t>
            </w:r>
          </w:p>
        </w:tc>
        <w:tc>
          <w:tcPr>
            <w:tcW w:w="1276" w:type="dxa"/>
          </w:tcPr>
          <w:p w14:paraId="06CD680A" w14:textId="033F6AB8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6C43E5">
              <w:rPr>
                <w:rFonts w:ascii="Times New Roman" w:hAnsi="Times New Roman" w:cs="Times New Roman"/>
                <w:lang w:val="tr-TR"/>
              </w:rPr>
              <w:t>İdari</w:t>
            </w:r>
          </w:p>
        </w:tc>
        <w:tc>
          <w:tcPr>
            <w:tcW w:w="2943" w:type="dxa"/>
          </w:tcPr>
          <w:p w14:paraId="111CF771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1F4D592F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75631D36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C5240A" w:rsidRPr="00C5240A" w14:paraId="2D7DB95C" w14:textId="77777777" w:rsidTr="00E4514F">
        <w:trPr>
          <w:trHeight w:val="311"/>
        </w:trPr>
        <w:tc>
          <w:tcPr>
            <w:tcW w:w="568" w:type="dxa"/>
          </w:tcPr>
          <w:p w14:paraId="30112A18" w14:textId="77777777" w:rsidR="00C5240A" w:rsidRPr="00C5240A" w:rsidRDefault="00C5240A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1347B66B" w14:textId="77777777" w:rsidR="00655DC5" w:rsidRPr="00655DC5" w:rsidRDefault="00655DC5" w:rsidP="00655DC5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>Afet Eğitim Müdahale Uygulama ve Araştırma Merkezi</w:t>
            </w:r>
          </w:p>
          <w:p w14:paraId="1D889D42" w14:textId="77777777" w:rsidR="00C5240A" w:rsidRPr="00C5240A" w:rsidRDefault="00C5240A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1D05ABD8" w14:textId="77777777" w:rsidR="00C5240A" w:rsidRPr="00C5240A" w:rsidRDefault="00C5240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7D9E4027" w14:textId="77777777" w:rsidR="00C5240A" w:rsidRPr="00C5240A" w:rsidRDefault="00C5240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3B100B55" w14:textId="77777777" w:rsidR="00C5240A" w:rsidRPr="00C5240A" w:rsidRDefault="00C5240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718F9CC2" w14:textId="77777777" w:rsidR="00C5240A" w:rsidRPr="00C5240A" w:rsidRDefault="00C5240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6CE4CF5E" w14:textId="77777777" w:rsidTr="00E4514F">
        <w:trPr>
          <w:trHeight w:val="311"/>
        </w:trPr>
        <w:tc>
          <w:tcPr>
            <w:tcW w:w="568" w:type="dxa"/>
          </w:tcPr>
          <w:p w14:paraId="6EBD5BF6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310AA756" w14:textId="77777777" w:rsidR="00655DC5" w:rsidRPr="00655DC5" w:rsidRDefault="00655DC5" w:rsidP="00655DC5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Ali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Şîr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Nevâyî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 Araştırma Merkezi (BAŞNAM)</w:t>
            </w:r>
          </w:p>
          <w:p w14:paraId="717DDFC1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04FDE4D4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1B405A48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0ED437A7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7E67BDAF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27AA9E7A" w14:textId="77777777" w:rsidTr="00E4514F">
        <w:trPr>
          <w:trHeight w:val="311"/>
        </w:trPr>
        <w:tc>
          <w:tcPr>
            <w:tcW w:w="568" w:type="dxa"/>
          </w:tcPr>
          <w:p w14:paraId="1B05A5CC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335DE263" w14:textId="77777777" w:rsidR="00655DC5" w:rsidRPr="00655DC5" w:rsidRDefault="00655DC5" w:rsidP="00655DC5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Atatürk İlkeleri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Uyg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ve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Araş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</w:t>
            </w:r>
            <w:proofErr w:type="spellStart"/>
            <w:proofErr w:type="gramStart"/>
            <w:r w:rsidRPr="00655DC5">
              <w:rPr>
                <w:rFonts w:ascii="Times New Roman" w:hAnsi="Times New Roman" w:cs="Times New Roman"/>
                <w:lang w:val="tr-TR"/>
              </w:rPr>
              <w:t>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>.(</w:t>
            </w:r>
            <w:proofErr w:type="gramEnd"/>
            <w:r w:rsidRPr="00655DC5">
              <w:rPr>
                <w:rFonts w:ascii="Times New Roman" w:hAnsi="Times New Roman" w:cs="Times New Roman"/>
                <w:lang w:val="tr-TR"/>
              </w:rPr>
              <w:t>ATAMER)</w:t>
            </w:r>
          </w:p>
          <w:p w14:paraId="42B631E8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62A55940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7C5DC4D0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3454543A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223007DE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60F22974" w14:textId="77777777" w:rsidTr="00E4514F">
        <w:trPr>
          <w:trHeight w:val="311"/>
        </w:trPr>
        <w:tc>
          <w:tcPr>
            <w:tcW w:w="568" w:type="dxa"/>
          </w:tcPr>
          <w:p w14:paraId="22E1F3D2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353B3EBF" w14:textId="77777777" w:rsidR="00655DC5" w:rsidRPr="00655DC5" w:rsidRDefault="00655DC5" w:rsidP="00655DC5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Ceza Hukuku ve Kriminoloji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Uyg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ve Arş.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>. (CEKAMER)</w:t>
            </w:r>
          </w:p>
          <w:p w14:paraId="515389FE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0CE1B2CA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499496DF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646CB849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39E6A91A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35DA9E69" w14:textId="77777777" w:rsidTr="00E4514F">
        <w:trPr>
          <w:trHeight w:val="311"/>
        </w:trPr>
        <w:tc>
          <w:tcPr>
            <w:tcW w:w="568" w:type="dxa"/>
          </w:tcPr>
          <w:p w14:paraId="2F06E307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53ABD4AA" w14:textId="77777777" w:rsidR="00655DC5" w:rsidRPr="00655DC5" w:rsidRDefault="00655DC5" w:rsidP="00655DC5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Deney Hayvanları Üretim ve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Araş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>.</w:t>
            </w:r>
          </w:p>
          <w:p w14:paraId="36404CD3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5BD006DA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56A3CEFB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654861B3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24D90D29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6FAE4C52" w14:textId="77777777" w:rsidTr="00E4514F">
        <w:trPr>
          <w:trHeight w:val="311"/>
        </w:trPr>
        <w:tc>
          <w:tcPr>
            <w:tcW w:w="568" w:type="dxa"/>
          </w:tcPr>
          <w:p w14:paraId="05DBD937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173B7366" w14:textId="77777777" w:rsidR="00655DC5" w:rsidRPr="00655DC5" w:rsidRDefault="00655DC5" w:rsidP="00655DC5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Dil Araştırma ve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Uyg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>. (BÜDAM)</w:t>
            </w:r>
          </w:p>
          <w:p w14:paraId="5E28D344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5F3DD20F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61B07B0A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4A6D168F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56074351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35A3AD37" w14:textId="77777777" w:rsidTr="00E4514F">
        <w:trPr>
          <w:trHeight w:val="311"/>
        </w:trPr>
        <w:tc>
          <w:tcPr>
            <w:tcW w:w="568" w:type="dxa"/>
          </w:tcPr>
          <w:p w14:paraId="39130C63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35FCD0D8" w14:textId="77777777" w:rsidR="00655DC5" w:rsidRPr="00655DC5" w:rsidRDefault="00655DC5" w:rsidP="00655DC5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Eğitim ve Danışmanlık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Hizm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>. (BEDAM)</w:t>
            </w:r>
          </w:p>
          <w:p w14:paraId="2ACF176B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65C23B76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677004AB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4F6FF60D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153F3A13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F0419A" w:rsidRPr="00C5240A" w14:paraId="1BFD79AF" w14:textId="77777777" w:rsidTr="00E4514F">
        <w:trPr>
          <w:trHeight w:val="311"/>
        </w:trPr>
        <w:tc>
          <w:tcPr>
            <w:tcW w:w="568" w:type="dxa"/>
          </w:tcPr>
          <w:p w14:paraId="734EAE74" w14:textId="77777777" w:rsidR="00F0419A" w:rsidRPr="00C5240A" w:rsidRDefault="00F0419A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11BA2E4B" w14:textId="77777777" w:rsidR="00655DC5" w:rsidRPr="00655DC5" w:rsidRDefault="00655DC5" w:rsidP="00655DC5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Ekin Ön Kuluçka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>.</w:t>
            </w:r>
          </w:p>
          <w:p w14:paraId="2C877B59" w14:textId="77777777" w:rsidR="00F0419A" w:rsidRPr="00C5240A" w:rsidRDefault="00F0419A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6493CBB0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14FA0E49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5802B6D9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7B2D82BD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F0419A" w:rsidRPr="00C5240A" w14:paraId="2C7A2506" w14:textId="77777777" w:rsidTr="00E4514F">
        <w:trPr>
          <w:trHeight w:val="311"/>
        </w:trPr>
        <w:tc>
          <w:tcPr>
            <w:tcW w:w="568" w:type="dxa"/>
          </w:tcPr>
          <w:p w14:paraId="3697B919" w14:textId="77777777" w:rsidR="00F0419A" w:rsidRPr="00C5240A" w:rsidRDefault="00F0419A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11816557" w14:textId="77777777" w:rsidR="00655DC5" w:rsidRPr="00655DC5" w:rsidRDefault="00655DC5" w:rsidP="00655DC5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>Tarım ve Gıda İnovasyon Merkezi (TAGİMER)</w:t>
            </w:r>
          </w:p>
          <w:p w14:paraId="75A4B305" w14:textId="77777777" w:rsidR="00F0419A" w:rsidRPr="00C5240A" w:rsidRDefault="00F0419A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4A74B6D5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7A96F87F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0CC8084A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70F2C4F0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F0419A" w:rsidRPr="00C5240A" w14:paraId="3B7AE417" w14:textId="77777777" w:rsidTr="00E4514F">
        <w:trPr>
          <w:trHeight w:val="311"/>
        </w:trPr>
        <w:tc>
          <w:tcPr>
            <w:tcW w:w="568" w:type="dxa"/>
          </w:tcPr>
          <w:p w14:paraId="7CB2272B" w14:textId="77777777" w:rsidR="00F0419A" w:rsidRPr="00C5240A" w:rsidRDefault="00F0419A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49D77091" w14:textId="77777777" w:rsidR="00655DC5" w:rsidRPr="00655DC5" w:rsidRDefault="00655DC5" w:rsidP="00655DC5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>Göç Araştırmaları Merkezi (BÜGAM)</w:t>
            </w:r>
          </w:p>
          <w:p w14:paraId="59959C86" w14:textId="77777777" w:rsidR="00F0419A" w:rsidRPr="00C5240A" w:rsidRDefault="00F0419A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5BA29CEA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086AADDB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7F9C4CCC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2A3B2EB0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F0419A" w:rsidRPr="00C5240A" w14:paraId="0EDBC447" w14:textId="77777777" w:rsidTr="00E4514F">
        <w:trPr>
          <w:trHeight w:val="311"/>
        </w:trPr>
        <w:tc>
          <w:tcPr>
            <w:tcW w:w="568" w:type="dxa"/>
          </w:tcPr>
          <w:p w14:paraId="546521BC" w14:textId="77777777" w:rsidR="00F0419A" w:rsidRPr="00C5240A" w:rsidRDefault="00F0419A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5CA18330" w14:textId="77777777" w:rsidR="00655DC5" w:rsidRPr="00655DC5" w:rsidRDefault="00655DC5" w:rsidP="00655DC5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İlk Yardım Eğitim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>.</w:t>
            </w:r>
          </w:p>
          <w:p w14:paraId="46CC0D8D" w14:textId="77777777" w:rsidR="00F0419A" w:rsidRPr="00C5240A" w:rsidRDefault="00F0419A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1D30B56A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70AC5927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1EE52F78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595AE3A3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F0419A" w:rsidRPr="00C5240A" w14:paraId="1C494A5C" w14:textId="77777777" w:rsidTr="00E4514F">
        <w:trPr>
          <w:trHeight w:val="311"/>
        </w:trPr>
        <w:tc>
          <w:tcPr>
            <w:tcW w:w="568" w:type="dxa"/>
          </w:tcPr>
          <w:p w14:paraId="7BD4A011" w14:textId="77777777" w:rsidR="00F0419A" w:rsidRPr="00C5240A" w:rsidRDefault="00F0419A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7E11A9B5" w14:textId="77777777" w:rsidR="00655DC5" w:rsidRPr="00655DC5" w:rsidRDefault="00655DC5" w:rsidP="00655DC5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İstatistik Danışmanlık ve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Araş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>. (BUİSTDAM)</w:t>
            </w:r>
          </w:p>
          <w:p w14:paraId="270D9FB8" w14:textId="77777777" w:rsidR="00F0419A" w:rsidRPr="00C5240A" w:rsidRDefault="00F0419A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50B50CEA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4CBD5A41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173C4303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7DE383EE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F0419A" w:rsidRPr="00C5240A" w14:paraId="676D7370" w14:textId="77777777" w:rsidTr="00E4514F">
        <w:trPr>
          <w:trHeight w:val="311"/>
        </w:trPr>
        <w:tc>
          <w:tcPr>
            <w:tcW w:w="568" w:type="dxa"/>
          </w:tcPr>
          <w:p w14:paraId="6FAD8F14" w14:textId="77777777" w:rsidR="00F0419A" w:rsidRPr="00C5240A" w:rsidRDefault="00F0419A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47C31671" w14:textId="77777777" w:rsidR="00655DC5" w:rsidRPr="00655DC5" w:rsidRDefault="00655DC5" w:rsidP="00655DC5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>Kıbrıs Türk Tarihi Araştırmaları Merkezi (BÜ-KITAMER)</w:t>
            </w:r>
          </w:p>
          <w:p w14:paraId="7056DAB7" w14:textId="77777777" w:rsidR="00F0419A" w:rsidRPr="00C5240A" w:rsidRDefault="00F0419A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4F118069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6D782591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35461B52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5D92E524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F0419A" w:rsidRPr="00C5240A" w14:paraId="414CC3C6" w14:textId="77777777" w:rsidTr="00E4514F">
        <w:trPr>
          <w:trHeight w:val="311"/>
        </w:trPr>
        <w:tc>
          <w:tcPr>
            <w:tcW w:w="568" w:type="dxa"/>
          </w:tcPr>
          <w:p w14:paraId="5BF68360" w14:textId="77777777" w:rsidR="00F0419A" w:rsidRPr="00C5240A" w:rsidRDefault="00F0419A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06C0CC02" w14:textId="77777777" w:rsidR="00655DC5" w:rsidRPr="00655DC5" w:rsidRDefault="00655DC5" w:rsidP="00655DC5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Kariyer Yönlendirme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>.</w:t>
            </w:r>
          </w:p>
          <w:p w14:paraId="1B1AE3FA" w14:textId="77777777" w:rsidR="00F0419A" w:rsidRPr="00C5240A" w:rsidRDefault="00F0419A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71A8A916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6E6BA4D4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329F5253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252616FE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4859E247" w14:textId="77777777" w:rsidTr="00E4514F">
        <w:trPr>
          <w:trHeight w:val="311"/>
        </w:trPr>
        <w:tc>
          <w:tcPr>
            <w:tcW w:w="568" w:type="dxa"/>
          </w:tcPr>
          <w:p w14:paraId="27524205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27FB12F6" w14:textId="77777777" w:rsidR="00655DC5" w:rsidRPr="00655DC5" w:rsidRDefault="00655DC5" w:rsidP="00655DC5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Kadın-Çocuk Sağlığı ve Aile Plan. Arş.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Uyg.Merk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>. (BÜKÇAM)</w:t>
            </w:r>
          </w:p>
          <w:p w14:paraId="19BB83D9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49BDE0FE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146D3CDA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3DC44319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2D4EEFFF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59141FB4" w14:textId="77777777" w:rsidTr="00E4514F">
        <w:trPr>
          <w:trHeight w:val="311"/>
        </w:trPr>
        <w:tc>
          <w:tcPr>
            <w:tcW w:w="568" w:type="dxa"/>
          </w:tcPr>
          <w:p w14:paraId="389DCBF1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7C612FCF" w14:textId="77777777" w:rsidR="00655DC5" w:rsidRPr="00655DC5" w:rsidRDefault="00655DC5" w:rsidP="00655DC5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>Kimyasal, Biyolojik, Radyolojik, Nükleer ve Patlayıcı Araştırma Merkezi (KBRN-PAM)</w:t>
            </w:r>
          </w:p>
          <w:p w14:paraId="18A5B737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28728A94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4D3B2230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709B5DC8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1369B367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678D8506" w14:textId="77777777" w:rsidTr="00E4514F">
        <w:trPr>
          <w:trHeight w:val="311"/>
        </w:trPr>
        <w:tc>
          <w:tcPr>
            <w:tcW w:w="568" w:type="dxa"/>
          </w:tcPr>
          <w:p w14:paraId="4473EC9B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66C87B3F" w14:textId="77777777" w:rsidR="00655DC5" w:rsidRPr="00655DC5" w:rsidRDefault="00655DC5" w:rsidP="00655DC5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Kültür ve Sanat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Araş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>. (BÜKSAM)</w:t>
            </w:r>
          </w:p>
          <w:p w14:paraId="2E48C2A9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3860AAC2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6F839463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25E097D9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342E194E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18738A29" w14:textId="77777777" w:rsidTr="00E4514F">
        <w:trPr>
          <w:trHeight w:val="311"/>
        </w:trPr>
        <w:tc>
          <w:tcPr>
            <w:tcW w:w="568" w:type="dxa"/>
          </w:tcPr>
          <w:p w14:paraId="59CC8BAB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0E3E83F2" w14:textId="77777777" w:rsidR="00655DC5" w:rsidRPr="00655DC5" w:rsidRDefault="00655DC5" w:rsidP="00655DC5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>Labirent Psikoloji Çalışmaları Merkezi</w:t>
            </w:r>
          </w:p>
          <w:p w14:paraId="1716FA3D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678AA4D7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4CE2AC2A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2EF39BDA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52AED6CE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36A12D9D" w14:textId="77777777" w:rsidTr="00E4514F">
        <w:trPr>
          <w:trHeight w:val="311"/>
        </w:trPr>
        <w:tc>
          <w:tcPr>
            <w:tcW w:w="568" w:type="dxa"/>
          </w:tcPr>
          <w:p w14:paraId="610C8377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11C5E6B1" w14:textId="77777777" w:rsidR="00655DC5" w:rsidRPr="00655DC5" w:rsidRDefault="00655DC5" w:rsidP="00655DC5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Mithat Çoruh Kalite Yönetimi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>.</w:t>
            </w:r>
          </w:p>
          <w:p w14:paraId="381C6158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33CF4323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314F6B36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4ED0B3C2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378CFBB5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771CDAA0" w14:textId="77777777" w:rsidTr="00E4514F">
        <w:trPr>
          <w:trHeight w:val="311"/>
        </w:trPr>
        <w:tc>
          <w:tcPr>
            <w:tcW w:w="568" w:type="dxa"/>
          </w:tcPr>
          <w:p w14:paraId="221B71B4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5D145351" w14:textId="77777777" w:rsidR="00655DC5" w:rsidRPr="00655DC5" w:rsidRDefault="00655DC5" w:rsidP="00655DC5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Müzik Uygulama ve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Araş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>.</w:t>
            </w:r>
          </w:p>
          <w:p w14:paraId="11E5C901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375CF133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039DF019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5D1095E5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60534F7A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7677B396" w14:textId="77777777" w:rsidTr="00E4514F">
        <w:trPr>
          <w:trHeight w:val="311"/>
        </w:trPr>
        <w:tc>
          <w:tcPr>
            <w:tcW w:w="568" w:type="dxa"/>
          </w:tcPr>
          <w:p w14:paraId="50B47305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79D1F0DB" w14:textId="77777777" w:rsidR="00655DC5" w:rsidRPr="00655DC5" w:rsidRDefault="00655DC5" w:rsidP="00655DC5">
            <w:pPr>
              <w:rPr>
                <w:rFonts w:ascii="Times New Roman" w:hAnsi="Times New Roman" w:cs="Times New Roman"/>
                <w:lang w:val="tr-TR"/>
              </w:rPr>
            </w:pP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Ord.Prof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Enver Ziya Karal Tarih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Uyg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ve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Araş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>. (BÜTAM)</w:t>
            </w:r>
          </w:p>
          <w:p w14:paraId="35AD5C9C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56C6A5B0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1DCF22B0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2E7273EF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77D661ED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F0419A" w:rsidRPr="00C5240A" w14:paraId="1F7FA847" w14:textId="77777777" w:rsidTr="00E4514F">
        <w:trPr>
          <w:trHeight w:val="311"/>
        </w:trPr>
        <w:tc>
          <w:tcPr>
            <w:tcW w:w="568" w:type="dxa"/>
          </w:tcPr>
          <w:p w14:paraId="78902D5D" w14:textId="77777777" w:rsidR="00F0419A" w:rsidRPr="00C5240A" w:rsidRDefault="00F0419A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4349DCEB" w14:textId="77777777" w:rsidR="00B4617E" w:rsidRPr="00655DC5" w:rsidRDefault="00B4617E" w:rsidP="00B4617E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>Öğrenme ve Öğretme Merkezi</w:t>
            </w:r>
          </w:p>
          <w:p w14:paraId="4E293B20" w14:textId="77777777" w:rsidR="00F0419A" w:rsidRPr="00C5240A" w:rsidRDefault="00F0419A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1ECE1BA9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6407DE7C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1CEF2ED0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1EE3AD64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6F960248" w14:textId="77777777" w:rsidTr="00E4514F">
        <w:trPr>
          <w:trHeight w:val="311"/>
        </w:trPr>
        <w:tc>
          <w:tcPr>
            <w:tcW w:w="568" w:type="dxa"/>
          </w:tcPr>
          <w:p w14:paraId="0DCA0547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311557D1" w14:textId="77777777" w:rsidR="00B4617E" w:rsidRPr="00655DC5" w:rsidRDefault="00B4617E" w:rsidP="00B4617E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>Ölçme ve Değerlendirme Merkezi</w:t>
            </w:r>
          </w:p>
          <w:p w14:paraId="1A393E60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211AAA97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170F21CC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3A9058C4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4EAA1FE2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160B9C35" w14:textId="77777777" w:rsidTr="00E4514F">
        <w:trPr>
          <w:trHeight w:val="311"/>
        </w:trPr>
        <w:tc>
          <w:tcPr>
            <w:tcW w:w="568" w:type="dxa"/>
          </w:tcPr>
          <w:p w14:paraId="50FC518F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50D00B4E" w14:textId="77777777" w:rsidR="00B4617E" w:rsidRPr="00655DC5" w:rsidRDefault="00B4617E" w:rsidP="00B4617E">
            <w:pPr>
              <w:rPr>
                <w:rFonts w:ascii="Times New Roman" w:hAnsi="Times New Roman" w:cs="Times New Roman"/>
                <w:lang w:val="tr-TR"/>
              </w:rPr>
            </w:pP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Ölçümbilim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 ve Kalibrasyon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Uyg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ve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Araş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>.</w:t>
            </w:r>
          </w:p>
          <w:p w14:paraId="7AD1B742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5A7056C9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22BE47F2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78DACA1B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7C885AAD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029DC130" w14:textId="77777777" w:rsidTr="00E4514F">
        <w:trPr>
          <w:trHeight w:val="311"/>
        </w:trPr>
        <w:tc>
          <w:tcPr>
            <w:tcW w:w="568" w:type="dxa"/>
          </w:tcPr>
          <w:p w14:paraId="7A67C155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75412A40" w14:textId="77777777" w:rsidR="00B4617E" w:rsidRPr="00655DC5" w:rsidRDefault="00B4617E" w:rsidP="00B4617E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Psikolojik Danışma ve Rehberlik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>.</w:t>
            </w:r>
          </w:p>
          <w:p w14:paraId="7970C519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76464D95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021B56ED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6DE27712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23FED77E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5803941B" w14:textId="77777777" w:rsidTr="00E4514F">
        <w:trPr>
          <w:trHeight w:val="311"/>
        </w:trPr>
        <w:tc>
          <w:tcPr>
            <w:tcW w:w="568" w:type="dxa"/>
          </w:tcPr>
          <w:p w14:paraId="59E38121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46DB1482" w14:textId="77777777" w:rsidR="00B4617E" w:rsidRPr="00655DC5" w:rsidRDefault="00B4617E" w:rsidP="00B4617E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Prof. Dr. Nermin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Yeniköse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 Toplumsal Cinsiyet Araştırmaları Merkezi (TOCAM)</w:t>
            </w:r>
          </w:p>
          <w:p w14:paraId="07DDAD07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5E439772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6215C934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78D4B318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12E78C71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2753A5F6" w14:textId="77777777" w:rsidTr="00E4514F">
        <w:trPr>
          <w:trHeight w:val="311"/>
        </w:trPr>
        <w:tc>
          <w:tcPr>
            <w:tcW w:w="568" w:type="dxa"/>
          </w:tcPr>
          <w:p w14:paraId="2AEC6F03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60EA7EA5" w14:textId="77777777" w:rsidR="00B4617E" w:rsidRPr="00655DC5" w:rsidRDefault="00B4617E" w:rsidP="00B4617E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>Sanat ve Tasarım Uygulama Merkezi (BÜSTUM)</w:t>
            </w:r>
          </w:p>
          <w:p w14:paraId="4B6B7E83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75E138CF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5C4D5981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1E6F90E4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39164B4D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4B595E3A" w14:textId="77777777" w:rsidTr="00E4514F">
        <w:trPr>
          <w:trHeight w:val="311"/>
        </w:trPr>
        <w:tc>
          <w:tcPr>
            <w:tcW w:w="568" w:type="dxa"/>
          </w:tcPr>
          <w:p w14:paraId="627517B4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0F3D22CE" w14:textId="77777777" w:rsidR="00B4617E" w:rsidRPr="00655DC5" w:rsidRDefault="00B4617E" w:rsidP="00B4617E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>Satranç Oyunları Eğitim Merkezi</w:t>
            </w:r>
          </w:p>
          <w:p w14:paraId="411B31C0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4B507907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693FD90F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5176F448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5B865435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44B8890E" w14:textId="77777777" w:rsidTr="00E4514F">
        <w:trPr>
          <w:trHeight w:val="311"/>
        </w:trPr>
        <w:tc>
          <w:tcPr>
            <w:tcW w:w="568" w:type="dxa"/>
          </w:tcPr>
          <w:p w14:paraId="3C66C6CB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27486D32" w14:textId="77777777" w:rsidR="00B4617E" w:rsidRPr="00655DC5" w:rsidRDefault="00B4617E" w:rsidP="00B4617E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Seramik Sanat ve Uygulama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>.</w:t>
            </w:r>
          </w:p>
          <w:p w14:paraId="4DE52B58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6BBCA163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3E884BAD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0DCBF74E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64DB1B70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1228CB38" w14:textId="77777777" w:rsidTr="00E4514F">
        <w:trPr>
          <w:trHeight w:val="311"/>
        </w:trPr>
        <w:tc>
          <w:tcPr>
            <w:tcW w:w="568" w:type="dxa"/>
          </w:tcPr>
          <w:p w14:paraId="77F93CEC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13ADB9C9" w14:textId="77777777" w:rsidR="00B4617E" w:rsidRPr="00655DC5" w:rsidRDefault="00B4617E" w:rsidP="00B4617E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Sürdürülebilir Çevre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Uyg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ve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Araş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>. (BÜÇEM)</w:t>
            </w:r>
          </w:p>
          <w:p w14:paraId="2FA326B7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2111136C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2722E104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001F1493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4364EEC5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1EBED8E1" w14:textId="77777777" w:rsidTr="00E4514F">
        <w:trPr>
          <w:trHeight w:val="311"/>
        </w:trPr>
        <w:tc>
          <w:tcPr>
            <w:tcW w:w="568" w:type="dxa"/>
          </w:tcPr>
          <w:p w14:paraId="44F50033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70EF357A" w14:textId="77777777" w:rsidR="00B4617E" w:rsidRPr="00655DC5" w:rsidRDefault="00B4617E" w:rsidP="00B4617E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Stratejik Araştırmalar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Uyg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ve Arş.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>.</w:t>
            </w:r>
          </w:p>
          <w:p w14:paraId="06156D96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7F19CAC9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1B85832C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6C05F617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3BBEB8A8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0F263DAC" w14:textId="77777777" w:rsidTr="00E4514F">
        <w:trPr>
          <w:trHeight w:val="311"/>
        </w:trPr>
        <w:tc>
          <w:tcPr>
            <w:tcW w:w="568" w:type="dxa"/>
          </w:tcPr>
          <w:p w14:paraId="7F7EA4C4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10C6CD86" w14:textId="77777777" w:rsidR="00B4617E" w:rsidRPr="00655DC5" w:rsidRDefault="00B4617E" w:rsidP="00B4617E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>Strateji ve Teknoloji Uygulama ve Araştırma Merkezi</w:t>
            </w:r>
          </w:p>
          <w:p w14:paraId="3883F834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39D5A640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5457CA67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46FCB380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677F066C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3FD97117" w14:textId="77777777" w:rsidTr="00E4514F">
        <w:trPr>
          <w:trHeight w:val="311"/>
        </w:trPr>
        <w:tc>
          <w:tcPr>
            <w:tcW w:w="568" w:type="dxa"/>
          </w:tcPr>
          <w:p w14:paraId="518C2CEA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12F4B57B" w14:textId="77777777" w:rsidR="00B4617E" w:rsidRPr="00655DC5" w:rsidRDefault="00B4617E" w:rsidP="00B4617E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Stres Yönetimi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Uyg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ve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Araş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>. (SUYAM)</w:t>
            </w:r>
          </w:p>
          <w:p w14:paraId="09A3FAA2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72D2C25C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1A773564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6A47FB71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66860E24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655DC5" w:rsidRPr="00C5240A" w14:paraId="11768721" w14:textId="77777777" w:rsidTr="00E4514F">
        <w:trPr>
          <w:trHeight w:val="311"/>
        </w:trPr>
        <w:tc>
          <w:tcPr>
            <w:tcW w:w="568" w:type="dxa"/>
          </w:tcPr>
          <w:p w14:paraId="6EA48837" w14:textId="77777777" w:rsidR="00655DC5" w:rsidRPr="00C5240A" w:rsidRDefault="00655DC5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351FD848" w14:textId="77777777" w:rsidR="00B4617E" w:rsidRPr="00655DC5" w:rsidRDefault="00B4617E" w:rsidP="00B4617E">
            <w:pPr>
              <w:rPr>
                <w:rFonts w:ascii="Times New Roman" w:hAnsi="Times New Roman" w:cs="Times New Roman"/>
                <w:lang w:val="tr-TR"/>
              </w:rPr>
            </w:pP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BiyoTek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 Teknoloji Geliştirme </w:t>
            </w:r>
            <w:proofErr w:type="gramStart"/>
            <w:r w:rsidRPr="00655DC5">
              <w:rPr>
                <w:rFonts w:ascii="Times New Roman" w:hAnsi="Times New Roman" w:cs="Times New Roman"/>
                <w:lang w:val="tr-TR"/>
              </w:rPr>
              <w:t>Merkezi(</w:t>
            </w:r>
            <w:proofErr w:type="gramEnd"/>
            <w:r w:rsidRPr="00655DC5">
              <w:rPr>
                <w:rFonts w:ascii="Times New Roman" w:hAnsi="Times New Roman" w:cs="Times New Roman"/>
                <w:lang w:val="tr-TR"/>
              </w:rPr>
              <w:t>TEKMER)</w:t>
            </w:r>
          </w:p>
          <w:p w14:paraId="390AA1FD" w14:textId="77777777" w:rsidR="00655DC5" w:rsidRPr="00C5240A" w:rsidRDefault="00655DC5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67F53210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448E70C5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2789110E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5060179B" w14:textId="77777777" w:rsidR="00655DC5" w:rsidRPr="00C5240A" w:rsidRDefault="00655DC5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F0419A" w:rsidRPr="00C5240A" w14:paraId="2C2C6A4B" w14:textId="77777777" w:rsidTr="00E4514F">
        <w:trPr>
          <w:trHeight w:val="311"/>
        </w:trPr>
        <w:tc>
          <w:tcPr>
            <w:tcW w:w="568" w:type="dxa"/>
          </w:tcPr>
          <w:p w14:paraId="5EA58D3C" w14:textId="77777777" w:rsidR="00F0419A" w:rsidRPr="00C5240A" w:rsidRDefault="00F0419A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3B0040D6" w14:textId="77777777" w:rsidR="00B4617E" w:rsidRPr="00655DC5" w:rsidRDefault="00B4617E" w:rsidP="00B4617E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Türk Mutfak Kültürü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Araş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</w:t>
            </w:r>
            <w:proofErr w:type="gramStart"/>
            <w:r w:rsidRPr="00655DC5">
              <w:rPr>
                <w:rFonts w:ascii="Times New Roman" w:hAnsi="Times New Roman" w:cs="Times New Roman"/>
                <w:lang w:val="tr-TR"/>
              </w:rPr>
              <w:t>ve</w:t>
            </w:r>
            <w:proofErr w:type="gramEnd"/>
            <w:r w:rsidRPr="00655DC5">
              <w:rPr>
                <w:rFonts w:ascii="Times New Roman" w:hAnsi="Times New Roman" w:cs="Times New Roman"/>
                <w:lang w:val="tr-TR"/>
              </w:rPr>
              <w:t xml:space="preserve">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Uyg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(TÜMAR) &amp;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Thermopolium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 Gastronomi Akademisi (TGA)</w:t>
            </w:r>
          </w:p>
          <w:p w14:paraId="1028282B" w14:textId="77777777" w:rsidR="00F0419A" w:rsidRPr="00C5240A" w:rsidRDefault="00F0419A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6F99A647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748CD585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59E84687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3EE68295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F0419A" w:rsidRPr="00C5240A" w14:paraId="7F5FA819" w14:textId="77777777" w:rsidTr="00E4514F">
        <w:trPr>
          <w:trHeight w:val="311"/>
        </w:trPr>
        <w:tc>
          <w:tcPr>
            <w:tcW w:w="568" w:type="dxa"/>
          </w:tcPr>
          <w:p w14:paraId="0A6F75D8" w14:textId="77777777" w:rsidR="00F0419A" w:rsidRPr="00C5240A" w:rsidRDefault="00F0419A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0891EB0D" w14:textId="77777777" w:rsidR="00B4617E" w:rsidRPr="00655DC5" w:rsidRDefault="00B4617E" w:rsidP="00B4617E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Türkçe Eğitimi,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Uyg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ve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Araş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>. (BÜTEM)</w:t>
            </w:r>
          </w:p>
          <w:p w14:paraId="71089FE8" w14:textId="77777777" w:rsidR="00F0419A" w:rsidRPr="00C5240A" w:rsidRDefault="00F0419A" w:rsidP="00BE131D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72EB6936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4C30260A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6E303D59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4BAE78DE" w14:textId="77777777" w:rsidR="00F0419A" w:rsidRPr="00C5240A" w:rsidRDefault="00F0419A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4617E" w:rsidRPr="00C5240A" w14:paraId="0B246EDD" w14:textId="77777777" w:rsidTr="00E4514F">
        <w:trPr>
          <w:trHeight w:val="311"/>
        </w:trPr>
        <w:tc>
          <w:tcPr>
            <w:tcW w:w="568" w:type="dxa"/>
          </w:tcPr>
          <w:p w14:paraId="5CD04582" w14:textId="77777777" w:rsidR="00B4617E" w:rsidRPr="00C5240A" w:rsidRDefault="00B4617E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05CCA746" w14:textId="77777777" w:rsidR="00B4617E" w:rsidRPr="00655DC5" w:rsidRDefault="00B4617E" w:rsidP="00B4617E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Uzaktan Eğitim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Uyg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ve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Araş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>. (BUZEM)</w:t>
            </w:r>
          </w:p>
          <w:p w14:paraId="3D0762C5" w14:textId="77777777" w:rsidR="00B4617E" w:rsidRPr="00655DC5" w:rsidRDefault="00B4617E" w:rsidP="00B4617E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5F64F189" w14:textId="77777777" w:rsidR="00B4617E" w:rsidRPr="00C5240A" w:rsidRDefault="00B4617E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3E930A08" w14:textId="77777777" w:rsidR="00B4617E" w:rsidRPr="00C5240A" w:rsidRDefault="00B4617E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29F4B903" w14:textId="77777777" w:rsidR="00B4617E" w:rsidRPr="00C5240A" w:rsidRDefault="00B4617E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2C6A7558" w14:textId="77777777" w:rsidR="00B4617E" w:rsidRPr="00C5240A" w:rsidRDefault="00B4617E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4617E" w:rsidRPr="00C5240A" w14:paraId="7F8BED50" w14:textId="77777777" w:rsidTr="00E4514F">
        <w:trPr>
          <w:trHeight w:val="311"/>
        </w:trPr>
        <w:tc>
          <w:tcPr>
            <w:tcW w:w="568" w:type="dxa"/>
          </w:tcPr>
          <w:p w14:paraId="1B598737" w14:textId="77777777" w:rsidR="00B4617E" w:rsidRPr="00C5240A" w:rsidRDefault="00B4617E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0A928C36" w14:textId="77777777" w:rsidR="00B4617E" w:rsidRPr="00655DC5" w:rsidRDefault="00B4617E" w:rsidP="00B4617E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Yaratıcı Kültür Endüstrileri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Araş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</w:t>
            </w:r>
            <w:proofErr w:type="gramStart"/>
            <w:r w:rsidRPr="00655DC5">
              <w:rPr>
                <w:rFonts w:ascii="Times New Roman" w:hAnsi="Times New Roman" w:cs="Times New Roman"/>
                <w:lang w:val="tr-TR"/>
              </w:rPr>
              <w:t>ve</w:t>
            </w:r>
            <w:proofErr w:type="gramEnd"/>
            <w:r w:rsidRPr="00655DC5">
              <w:rPr>
                <w:rFonts w:ascii="Times New Roman" w:hAnsi="Times New Roman" w:cs="Times New Roman"/>
                <w:lang w:val="tr-TR"/>
              </w:rPr>
              <w:t xml:space="preserve">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Uyg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 xml:space="preserve">.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>.(YAKEM)</w:t>
            </w:r>
          </w:p>
          <w:p w14:paraId="54A506DF" w14:textId="77777777" w:rsidR="00B4617E" w:rsidRPr="00655DC5" w:rsidRDefault="00B4617E" w:rsidP="00B4617E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5A057433" w14:textId="77777777" w:rsidR="00B4617E" w:rsidRPr="00C5240A" w:rsidRDefault="00B4617E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1E47A48B" w14:textId="77777777" w:rsidR="00B4617E" w:rsidRPr="00C5240A" w:rsidRDefault="00B4617E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3D801E12" w14:textId="77777777" w:rsidR="00B4617E" w:rsidRPr="00C5240A" w:rsidRDefault="00B4617E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770E6D81" w14:textId="77777777" w:rsidR="00B4617E" w:rsidRPr="00C5240A" w:rsidRDefault="00B4617E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4617E" w:rsidRPr="00C5240A" w14:paraId="11E2486E" w14:textId="77777777" w:rsidTr="00E4514F">
        <w:trPr>
          <w:trHeight w:val="311"/>
        </w:trPr>
        <w:tc>
          <w:tcPr>
            <w:tcW w:w="568" w:type="dxa"/>
          </w:tcPr>
          <w:p w14:paraId="3EC08D17" w14:textId="77777777" w:rsidR="00B4617E" w:rsidRPr="00C5240A" w:rsidRDefault="00B4617E" w:rsidP="00E4514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0CC8277F" w14:textId="77777777" w:rsidR="00B4617E" w:rsidRDefault="00B4617E" w:rsidP="00B4617E">
            <w:pPr>
              <w:rPr>
                <w:rFonts w:ascii="Times New Roman" w:hAnsi="Times New Roman" w:cs="Times New Roman"/>
                <w:lang w:val="tr-TR"/>
              </w:rPr>
            </w:pPr>
            <w:r w:rsidRPr="00655DC5">
              <w:rPr>
                <w:rFonts w:ascii="Times New Roman" w:hAnsi="Times New Roman" w:cs="Times New Roman"/>
                <w:lang w:val="tr-TR"/>
              </w:rPr>
              <w:t xml:space="preserve">Yapay </w:t>
            </w:r>
            <w:proofErr w:type="gramStart"/>
            <w:r w:rsidRPr="00655DC5">
              <w:rPr>
                <w:rFonts w:ascii="Times New Roman" w:hAnsi="Times New Roman" w:cs="Times New Roman"/>
                <w:lang w:val="tr-TR"/>
              </w:rPr>
              <w:t>Zeka</w:t>
            </w:r>
            <w:proofErr w:type="gramEnd"/>
            <w:r w:rsidRPr="00655DC5">
              <w:rPr>
                <w:rFonts w:ascii="Times New Roman" w:hAnsi="Times New Roman" w:cs="Times New Roman"/>
                <w:lang w:val="tr-TR"/>
              </w:rPr>
              <w:t xml:space="preserve"> Araştırma </w:t>
            </w:r>
            <w:proofErr w:type="spellStart"/>
            <w:r w:rsidRPr="00655DC5">
              <w:rPr>
                <w:rFonts w:ascii="Times New Roman" w:hAnsi="Times New Roman" w:cs="Times New Roman"/>
                <w:lang w:val="tr-TR"/>
              </w:rPr>
              <w:t>Merk</w:t>
            </w:r>
            <w:proofErr w:type="spellEnd"/>
            <w:r w:rsidRPr="00655DC5">
              <w:rPr>
                <w:rFonts w:ascii="Times New Roman" w:hAnsi="Times New Roman" w:cs="Times New Roman"/>
                <w:lang w:val="tr-TR"/>
              </w:rPr>
              <w:t>. (YAZEM)</w:t>
            </w:r>
          </w:p>
          <w:p w14:paraId="7BF17109" w14:textId="77777777" w:rsidR="00B4617E" w:rsidRPr="00655DC5" w:rsidRDefault="00B4617E" w:rsidP="00B4617E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788A639F" w14:textId="77777777" w:rsidR="00B4617E" w:rsidRPr="00C5240A" w:rsidRDefault="00B4617E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943" w:type="dxa"/>
          </w:tcPr>
          <w:p w14:paraId="701CC69E" w14:textId="77777777" w:rsidR="00B4617E" w:rsidRPr="00C5240A" w:rsidRDefault="00B4617E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1AFC7EFB" w14:textId="77777777" w:rsidR="00B4617E" w:rsidRPr="00C5240A" w:rsidRDefault="00B4617E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63A02618" w14:textId="77777777" w:rsidR="00B4617E" w:rsidRPr="00C5240A" w:rsidRDefault="00B4617E" w:rsidP="00E4514F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810F8" w:rsidRPr="00C5240A" w14:paraId="536ADF9E" w14:textId="77777777" w:rsidTr="00E4514F">
        <w:trPr>
          <w:trHeight w:val="311"/>
        </w:trPr>
        <w:tc>
          <w:tcPr>
            <w:tcW w:w="568" w:type="dxa"/>
          </w:tcPr>
          <w:p w14:paraId="6E50D7E0" w14:textId="77777777" w:rsidR="00B810F8" w:rsidRPr="00C5240A" w:rsidRDefault="00B810F8" w:rsidP="00B810F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66C43B09" w14:textId="77777777" w:rsidR="00B810F8" w:rsidRPr="00C00B13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C00B13">
              <w:rPr>
                <w:rFonts w:ascii="Times New Roman" w:hAnsi="Times New Roman" w:cs="Times New Roman"/>
                <w:lang w:val="tr-TR"/>
              </w:rPr>
              <w:t>Güvenlik Müdürlüğü</w:t>
            </w:r>
          </w:p>
          <w:p w14:paraId="2E768C5C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14F37320" w14:textId="32634211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7E7762">
              <w:rPr>
                <w:rFonts w:ascii="Times New Roman" w:hAnsi="Times New Roman" w:cs="Times New Roman"/>
                <w:lang w:val="tr-TR"/>
              </w:rPr>
              <w:t>İdari</w:t>
            </w:r>
          </w:p>
        </w:tc>
        <w:tc>
          <w:tcPr>
            <w:tcW w:w="2943" w:type="dxa"/>
          </w:tcPr>
          <w:p w14:paraId="5A9453F6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0765ED32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6C494F0F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810F8" w:rsidRPr="00C5240A" w14:paraId="2DA4F850" w14:textId="77777777" w:rsidTr="00E4514F">
        <w:trPr>
          <w:trHeight w:val="311"/>
        </w:trPr>
        <w:tc>
          <w:tcPr>
            <w:tcW w:w="568" w:type="dxa"/>
          </w:tcPr>
          <w:p w14:paraId="7E6AD6F0" w14:textId="77777777" w:rsidR="00B810F8" w:rsidRPr="00C5240A" w:rsidRDefault="00B810F8" w:rsidP="00B810F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036889F9" w14:textId="77777777" w:rsidR="00B810F8" w:rsidRPr="00C00B13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C00B13">
              <w:rPr>
                <w:rFonts w:ascii="Times New Roman" w:hAnsi="Times New Roman" w:cs="Times New Roman"/>
                <w:lang w:val="tr-TR"/>
              </w:rPr>
              <w:t>İş Sağlığı ve Güvenliği Birimi</w:t>
            </w:r>
          </w:p>
          <w:p w14:paraId="63C4BD68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0DA32151" w14:textId="24EA5634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7E7762">
              <w:rPr>
                <w:rFonts w:ascii="Times New Roman" w:hAnsi="Times New Roman" w:cs="Times New Roman"/>
                <w:lang w:val="tr-TR"/>
              </w:rPr>
              <w:t>İdari</w:t>
            </w:r>
          </w:p>
        </w:tc>
        <w:tc>
          <w:tcPr>
            <w:tcW w:w="2943" w:type="dxa"/>
          </w:tcPr>
          <w:p w14:paraId="4641CE6F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65994007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433A463A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810F8" w:rsidRPr="00C5240A" w14:paraId="213EDC05" w14:textId="77777777" w:rsidTr="00E4514F">
        <w:trPr>
          <w:trHeight w:val="311"/>
        </w:trPr>
        <w:tc>
          <w:tcPr>
            <w:tcW w:w="568" w:type="dxa"/>
          </w:tcPr>
          <w:p w14:paraId="658D2B89" w14:textId="77777777" w:rsidR="00B810F8" w:rsidRPr="00C5240A" w:rsidRDefault="00B810F8" w:rsidP="00B810F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726C7A15" w14:textId="77777777" w:rsidR="00B810F8" w:rsidRPr="00C00B13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C00B13">
              <w:rPr>
                <w:rFonts w:ascii="Times New Roman" w:hAnsi="Times New Roman" w:cs="Times New Roman"/>
                <w:lang w:val="tr-TR"/>
              </w:rPr>
              <w:t>Kurum Ev İdaresi</w:t>
            </w:r>
          </w:p>
          <w:p w14:paraId="73CC137D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771491C0" w14:textId="4CF9BC11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7E7762">
              <w:rPr>
                <w:rFonts w:ascii="Times New Roman" w:hAnsi="Times New Roman" w:cs="Times New Roman"/>
                <w:lang w:val="tr-TR"/>
              </w:rPr>
              <w:t>İdari</w:t>
            </w:r>
          </w:p>
        </w:tc>
        <w:tc>
          <w:tcPr>
            <w:tcW w:w="2943" w:type="dxa"/>
          </w:tcPr>
          <w:p w14:paraId="6B286FF4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095BD190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228346C6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810F8" w:rsidRPr="00C5240A" w14:paraId="14A5DA0D" w14:textId="77777777" w:rsidTr="00E4514F">
        <w:trPr>
          <w:trHeight w:val="311"/>
        </w:trPr>
        <w:tc>
          <w:tcPr>
            <w:tcW w:w="568" w:type="dxa"/>
          </w:tcPr>
          <w:p w14:paraId="08D430CF" w14:textId="77777777" w:rsidR="00B810F8" w:rsidRPr="00C5240A" w:rsidRDefault="00B810F8" w:rsidP="00B810F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4A11F2C2" w14:textId="77777777" w:rsidR="00B810F8" w:rsidRPr="00C00B13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C00B13">
              <w:rPr>
                <w:rFonts w:ascii="Times New Roman" w:hAnsi="Times New Roman" w:cs="Times New Roman"/>
                <w:lang w:val="tr-TR"/>
              </w:rPr>
              <w:t>Satın Alma Müdürlüğü</w:t>
            </w:r>
          </w:p>
          <w:p w14:paraId="4F6138C9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5FCC4AB6" w14:textId="23B0B45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7E7762">
              <w:rPr>
                <w:rFonts w:ascii="Times New Roman" w:hAnsi="Times New Roman" w:cs="Times New Roman"/>
                <w:lang w:val="tr-TR"/>
              </w:rPr>
              <w:t>İdari</w:t>
            </w:r>
          </w:p>
        </w:tc>
        <w:tc>
          <w:tcPr>
            <w:tcW w:w="2943" w:type="dxa"/>
          </w:tcPr>
          <w:p w14:paraId="3B5B2433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32888A93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3B38FF45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810F8" w:rsidRPr="00C5240A" w14:paraId="1A81DAA0" w14:textId="77777777" w:rsidTr="00E4514F">
        <w:trPr>
          <w:trHeight w:val="311"/>
        </w:trPr>
        <w:tc>
          <w:tcPr>
            <w:tcW w:w="568" w:type="dxa"/>
          </w:tcPr>
          <w:p w14:paraId="1E78C2E6" w14:textId="77777777" w:rsidR="00B810F8" w:rsidRPr="00C5240A" w:rsidRDefault="00B810F8" w:rsidP="00B810F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589F1F59" w14:textId="77777777" w:rsidR="00B810F8" w:rsidRPr="00C00B13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C00B13">
              <w:rPr>
                <w:rFonts w:ascii="Times New Roman" w:hAnsi="Times New Roman" w:cs="Times New Roman"/>
                <w:lang w:val="tr-TR"/>
              </w:rPr>
              <w:t>Sivil Savunma Amirliği</w:t>
            </w:r>
          </w:p>
          <w:p w14:paraId="19D9A1A9" w14:textId="77777777" w:rsidR="00B810F8" w:rsidRPr="00C00B13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4D1B9B66" w14:textId="4D03311E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7E7762">
              <w:rPr>
                <w:rFonts w:ascii="Times New Roman" w:hAnsi="Times New Roman" w:cs="Times New Roman"/>
                <w:lang w:val="tr-TR"/>
              </w:rPr>
              <w:t>İdari</w:t>
            </w:r>
          </w:p>
        </w:tc>
        <w:tc>
          <w:tcPr>
            <w:tcW w:w="2943" w:type="dxa"/>
          </w:tcPr>
          <w:p w14:paraId="37256B13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31899BA2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072466A1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810F8" w:rsidRPr="00C5240A" w14:paraId="1C96DBAC" w14:textId="77777777" w:rsidTr="00E4514F">
        <w:trPr>
          <w:trHeight w:val="311"/>
        </w:trPr>
        <w:tc>
          <w:tcPr>
            <w:tcW w:w="568" w:type="dxa"/>
          </w:tcPr>
          <w:p w14:paraId="4F8B47DB" w14:textId="77777777" w:rsidR="00B810F8" w:rsidRPr="00C5240A" w:rsidRDefault="00B810F8" w:rsidP="00B810F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27F488D4" w14:textId="77777777" w:rsidR="00B810F8" w:rsidRPr="00C00B13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C00B13">
              <w:rPr>
                <w:rFonts w:ascii="Times New Roman" w:hAnsi="Times New Roman" w:cs="Times New Roman"/>
                <w:lang w:val="tr-TR"/>
              </w:rPr>
              <w:t>Tanıtım Ofisi</w:t>
            </w:r>
          </w:p>
          <w:p w14:paraId="2D50896E" w14:textId="77777777" w:rsidR="00B810F8" w:rsidRPr="00C00B13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05B517E2" w14:textId="0E8018A1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7E7762">
              <w:rPr>
                <w:rFonts w:ascii="Times New Roman" w:hAnsi="Times New Roman" w:cs="Times New Roman"/>
                <w:lang w:val="tr-TR"/>
              </w:rPr>
              <w:t>İdari</w:t>
            </w:r>
          </w:p>
        </w:tc>
        <w:tc>
          <w:tcPr>
            <w:tcW w:w="2943" w:type="dxa"/>
          </w:tcPr>
          <w:p w14:paraId="0F61E131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3908CF19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21FDB1B3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  <w:tr w:rsidR="00B810F8" w:rsidRPr="00C5240A" w14:paraId="50C78363" w14:textId="77777777" w:rsidTr="00E4514F">
        <w:trPr>
          <w:trHeight w:val="311"/>
        </w:trPr>
        <w:tc>
          <w:tcPr>
            <w:tcW w:w="568" w:type="dxa"/>
          </w:tcPr>
          <w:p w14:paraId="5D1F5886" w14:textId="77777777" w:rsidR="00B810F8" w:rsidRPr="00C5240A" w:rsidRDefault="00B810F8" w:rsidP="00B810F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394" w:type="dxa"/>
          </w:tcPr>
          <w:p w14:paraId="34D24D68" w14:textId="77777777" w:rsidR="00B810F8" w:rsidRPr="00C00B13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C00B13">
              <w:rPr>
                <w:rFonts w:ascii="Times New Roman" w:hAnsi="Times New Roman" w:cs="Times New Roman"/>
                <w:lang w:val="tr-TR"/>
              </w:rPr>
              <w:t>Yazı İşleri ve Evrak Müdürlüğü</w:t>
            </w:r>
          </w:p>
          <w:p w14:paraId="169400BF" w14:textId="77777777" w:rsidR="00B810F8" w:rsidRPr="00C00B13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1276" w:type="dxa"/>
          </w:tcPr>
          <w:p w14:paraId="46ED60B9" w14:textId="633D8BF6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  <w:r w:rsidRPr="007E7762">
              <w:rPr>
                <w:rFonts w:ascii="Times New Roman" w:hAnsi="Times New Roman" w:cs="Times New Roman"/>
                <w:lang w:val="tr-TR"/>
              </w:rPr>
              <w:t>İdari</w:t>
            </w:r>
          </w:p>
        </w:tc>
        <w:tc>
          <w:tcPr>
            <w:tcW w:w="2943" w:type="dxa"/>
          </w:tcPr>
          <w:p w14:paraId="1BA48209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376" w:type="dxa"/>
          </w:tcPr>
          <w:p w14:paraId="111D4B2B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  <w:tc>
          <w:tcPr>
            <w:tcW w:w="2139" w:type="dxa"/>
          </w:tcPr>
          <w:p w14:paraId="2BD9776E" w14:textId="77777777" w:rsidR="00B810F8" w:rsidRPr="00C5240A" w:rsidRDefault="00B810F8" w:rsidP="00B810F8">
            <w:pPr>
              <w:rPr>
                <w:rFonts w:ascii="Times New Roman" w:hAnsi="Times New Roman" w:cs="Times New Roman"/>
                <w:lang w:val="tr-TR"/>
              </w:rPr>
            </w:pPr>
          </w:p>
        </w:tc>
      </w:tr>
    </w:tbl>
    <w:p w14:paraId="34218EA3" w14:textId="1FF9E5B8" w:rsidR="00224DAE" w:rsidRPr="00FF7F79" w:rsidRDefault="000406DA">
      <w:pPr>
        <w:pStyle w:val="Balk2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B</w:t>
      </w:r>
      <w:r w:rsidR="00344F14" w:rsidRPr="00FF7F79">
        <w:rPr>
          <w:rFonts w:ascii="Times New Roman" w:hAnsi="Times New Roman" w:cs="Times New Roman"/>
          <w:sz w:val="24"/>
          <w:szCs w:val="24"/>
          <w:lang w:val="tr-TR"/>
        </w:rPr>
        <w:t>. Onay</w:t>
      </w:r>
    </w:p>
    <w:tbl>
      <w:tblPr>
        <w:tblStyle w:val="TabloKlavuzu"/>
        <w:tblW w:w="13758" w:type="dxa"/>
        <w:tblInd w:w="-147" w:type="dxa"/>
        <w:tblLook w:val="04A0" w:firstRow="1" w:lastRow="0" w:firstColumn="1" w:lastColumn="0" w:noHBand="0" w:noVBand="1"/>
      </w:tblPr>
      <w:tblGrid>
        <w:gridCol w:w="3985"/>
        <w:gridCol w:w="4228"/>
        <w:gridCol w:w="2159"/>
        <w:gridCol w:w="3386"/>
      </w:tblGrid>
      <w:tr w:rsidR="00224DAE" w:rsidRPr="002D37A7" w14:paraId="58FB2299" w14:textId="77777777" w:rsidTr="00605DB4">
        <w:trPr>
          <w:trHeight w:val="220"/>
        </w:trPr>
        <w:tc>
          <w:tcPr>
            <w:tcW w:w="3985" w:type="dxa"/>
          </w:tcPr>
          <w:p w14:paraId="0669C156" w14:textId="63A5B611" w:rsidR="00224DAE" w:rsidRPr="002D37A7" w:rsidRDefault="00344F14" w:rsidP="000F5A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2D37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Ad</w:t>
            </w:r>
            <w:r w:rsidR="00671460" w:rsidRPr="002D37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ı</w:t>
            </w:r>
            <w:r w:rsidRPr="002D37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 Soyad</w:t>
            </w:r>
            <w:r w:rsidR="00671460" w:rsidRPr="002D37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ı</w:t>
            </w:r>
          </w:p>
        </w:tc>
        <w:tc>
          <w:tcPr>
            <w:tcW w:w="4228" w:type="dxa"/>
          </w:tcPr>
          <w:p w14:paraId="222AA39C" w14:textId="58FFA86A" w:rsidR="00224DAE" w:rsidRPr="002D37A7" w:rsidRDefault="00344F14" w:rsidP="000F5A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2D37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Görev</w:t>
            </w:r>
            <w:r w:rsidR="00671460" w:rsidRPr="002D37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i</w:t>
            </w:r>
          </w:p>
        </w:tc>
        <w:tc>
          <w:tcPr>
            <w:tcW w:w="2159" w:type="dxa"/>
          </w:tcPr>
          <w:p w14:paraId="58D36752" w14:textId="77777777" w:rsidR="00224DAE" w:rsidRPr="002D37A7" w:rsidRDefault="00344F14" w:rsidP="000F5A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2D37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Tarih</w:t>
            </w:r>
          </w:p>
        </w:tc>
        <w:tc>
          <w:tcPr>
            <w:tcW w:w="3386" w:type="dxa"/>
          </w:tcPr>
          <w:p w14:paraId="412F91DA" w14:textId="77777777" w:rsidR="00224DAE" w:rsidRPr="002D37A7" w:rsidRDefault="00344F14" w:rsidP="000F5A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2D37A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İmza</w:t>
            </w:r>
          </w:p>
        </w:tc>
      </w:tr>
      <w:tr w:rsidR="00224DAE" w:rsidRPr="00FF7F79" w14:paraId="3F81CC5A" w14:textId="77777777" w:rsidTr="00605DB4">
        <w:trPr>
          <w:trHeight w:val="635"/>
        </w:trPr>
        <w:tc>
          <w:tcPr>
            <w:tcW w:w="3985" w:type="dxa"/>
          </w:tcPr>
          <w:p w14:paraId="356B2F95" w14:textId="77777777" w:rsidR="00224DAE" w:rsidRPr="00FF7F79" w:rsidRDefault="00224DAE" w:rsidP="0067146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228" w:type="dxa"/>
          </w:tcPr>
          <w:p w14:paraId="6C0D4576" w14:textId="42353932" w:rsidR="00224DAE" w:rsidRPr="00FF7F79" w:rsidRDefault="00671460" w:rsidP="0067146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Rektör Yardımcısı</w:t>
            </w:r>
            <w:r w:rsidRPr="00FF7F7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(Kaliteden Sorumlu)</w:t>
            </w:r>
          </w:p>
        </w:tc>
        <w:tc>
          <w:tcPr>
            <w:tcW w:w="2159" w:type="dxa"/>
          </w:tcPr>
          <w:p w14:paraId="542EB401" w14:textId="77777777" w:rsidR="00224DAE" w:rsidRPr="00FF7F79" w:rsidRDefault="00224DAE" w:rsidP="0067146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3386" w:type="dxa"/>
          </w:tcPr>
          <w:p w14:paraId="1EBC792F" w14:textId="77777777" w:rsidR="00224DAE" w:rsidRPr="00FF7F79" w:rsidRDefault="00224DAE" w:rsidP="0067146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224DAE" w:rsidRPr="00FF7F79" w14:paraId="5B593C92" w14:textId="77777777" w:rsidTr="00605DB4">
        <w:trPr>
          <w:trHeight w:val="454"/>
        </w:trPr>
        <w:tc>
          <w:tcPr>
            <w:tcW w:w="3985" w:type="dxa"/>
          </w:tcPr>
          <w:p w14:paraId="71896F16" w14:textId="77777777" w:rsidR="00224DAE" w:rsidRPr="00FF7F79" w:rsidRDefault="00224DAE" w:rsidP="006714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228" w:type="dxa"/>
          </w:tcPr>
          <w:p w14:paraId="529168AE" w14:textId="77777777" w:rsidR="00224DAE" w:rsidRDefault="00671460" w:rsidP="0067146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F7F7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Kalite ve Akreditasyon Koordinatörü</w:t>
            </w:r>
          </w:p>
          <w:p w14:paraId="40778964" w14:textId="4E55F47E" w:rsidR="000F5A6D" w:rsidRPr="00FF7F79" w:rsidRDefault="000F5A6D" w:rsidP="00671460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2159" w:type="dxa"/>
          </w:tcPr>
          <w:p w14:paraId="44DE9878" w14:textId="77777777" w:rsidR="00224DAE" w:rsidRPr="00FF7F79" w:rsidRDefault="00224DAE" w:rsidP="006714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3386" w:type="dxa"/>
          </w:tcPr>
          <w:p w14:paraId="2A8C16F3" w14:textId="77777777" w:rsidR="00224DAE" w:rsidRPr="00FF7F79" w:rsidRDefault="00224DAE" w:rsidP="0067146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09759425" w14:textId="77777777" w:rsidR="00344F14" w:rsidRPr="00FF7F79" w:rsidRDefault="00344F14">
      <w:pPr>
        <w:rPr>
          <w:rFonts w:ascii="Times New Roman" w:hAnsi="Times New Roman" w:cs="Times New Roman"/>
          <w:sz w:val="24"/>
          <w:szCs w:val="24"/>
          <w:lang w:val="tr-TR"/>
        </w:rPr>
      </w:pPr>
    </w:p>
    <w:sectPr w:rsidR="00344F14" w:rsidRPr="00FF7F79" w:rsidSect="00605DB4">
      <w:headerReference w:type="default" r:id="rId8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1F30D" w14:textId="77777777" w:rsidR="000169E0" w:rsidRDefault="000169E0" w:rsidP="00FF7F79">
      <w:pPr>
        <w:spacing w:after="0" w:line="240" w:lineRule="auto"/>
      </w:pPr>
      <w:r>
        <w:separator/>
      </w:r>
    </w:p>
  </w:endnote>
  <w:endnote w:type="continuationSeparator" w:id="0">
    <w:p w14:paraId="192BDBFD" w14:textId="77777777" w:rsidR="000169E0" w:rsidRDefault="000169E0" w:rsidP="00FF7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DE1AC" w14:textId="77777777" w:rsidR="000169E0" w:rsidRDefault="000169E0" w:rsidP="00FF7F79">
      <w:pPr>
        <w:spacing w:after="0" w:line="240" w:lineRule="auto"/>
      </w:pPr>
      <w:r>
        <w:separator/>
      </w:r>
    </w:p>
  </w:footnote>
  <w:footnote w:type="continuationSeparator" w:id="0">
    <w:p w14:paraId="2A235448" w14:textId="77777777" w:rsidR="000169E0" w:rsidRDefault="000169E0" w:rsidP="00FF7F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3681" w:type="dxa"/>
      <w:tblInd w:w="-1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983"/>
      <w:gridCol w:w="7969"/>
      <w:gridCol w:w="1843"/>
      <w:gridCol w:w="1886"/>
    </w:tblGrid>
    <w:tr w:rsidR="00FF7F79" w:rsidRPr="00F007E7" w14:paraId="101EAA55" w14:textId="77777777" w:rsidTr="00605DB4">
      <w:trPr>
        <w:trHeight w:val="266"/>
      </w:trPr>
      <w:tc>
        <w:tcPr>
          <w:tcW w:w="198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904D780" w14:textId="77777777" w:rsidR="00FF7F79" w:rsidRPr="00F007E7" w:rsidRDefault="00FF7F79" w:rsidP="00FF7F7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Calibri" w:hAnsi="Calibri" w:cs="Times New Roman"/>
              <w:color w:val="595959"/>
              <w:lang w:val="tr-TR" w:eastAsia="tr-TR"/>
            </w:rPr>
          </w:pPr>
          <w:r w:rsidRPr="00F007E7">
            <w:rPr>
              <w:rFonts w:ascii="Calibri" w:eastAsia="Calibri" w:hAnsi="Calibri" w:cs="Times New Roman"/>
              <w:noProof/>
              <w:color w:val="595959"/>
              <w:lang w:val="tr-TR" w:eastAsia="tr-TR"/>
            </w:rPr>
            <w:drawing>
              <wp:inline distT="0" distB="0" distL="0" distR="0" wp14:anchorId="3D77838D" wp14:editId="2CFE8999">
                <wp:extent cx="763270" cy="673735"/>
                <wp:effectExtent l="0" t="0" r="0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3270" cy="6737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6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9CC32D9" w14:textId="77777777" w:rsidR="00FF7F79" w:rsidRPr="00F007E7" w:rsidRDefault="00FF7F79" w:rsidP="00FF7F7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Arial" w:hAnsi="Arial" w:cs="Arial"/>
              <w:color w:val="000000"/>
              <w:lang w:val="tr-TR" w:eastAsia="tr-TR"/>
            </w:rPr>
          </w:pPr>
        </w:p>
        <w:p w14:paraId="09C79783" w14:textId="5BCFE4C4" w:rsidR="00FF7F79" w:rsidRDefault="00FF7F79" w:rsidP="00FF7F79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Arial" w:hAnsi="Times New Roman" w:cs="Times New Roman"/>
              <w:b/>
              <w:color w:val="000000"/>
              <w:sz w:val="28"/>
              <w:szCs w:val="28"/>
              <w:lang w:val="tr-TR" w:eastAsia="tr-TR"/>
            </w:rPr>
          </w:pPr>
          <w:r>
            <w:rPr>
              <w:rFonts w:ascii="Times New Roman" w:eastAsia="Arial" w:hAnsi="Times New Roman" w:cs="Times New Roman"/>
              <w:b/>
              <w:color w:val="000000"/>
              <w:sz w:val="28"/>
              <w:szCs w:val="28"/>
              <w:lang w:val="tr-TR" w:eastAsia="tr-TR"/>
            </w:rPr>
            <w:t xml:space="preserve">YILLIK AKRAN DEĞERLENDİRME </w:t>
          </w:r>
        </w:p>
        <w:p w14:paraId="490C268D" w14:textId="518819C7" w:rsidR="00FF7F79" w:rsidRPr="00F007E7" w:rsidRDefault="00FF7F79" w:rsidP="00FF7F79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Arial" w:hAnsi="Times New Roman" w:cs="Times New Roman"/>
              <w:b/>
              <w:color w:val="000000"/>
              <w:sz w:val="28"/>
              <w:szCs w:val="28"/>
              <w:lang w:val="tr-TR" w:eastAsia="tr-TR"/>
            </w:rPr>
          </w:pPr>
          <w:r>
            <w:rPr>
              <w:rFonts w:ascii="Times New Roman" w:eastAsia="Arial" w:hAnsi="Times New Roman" w:cs="Times New Roman"/>
              <w:b/>
              <w:color w:val="000000"/>
              <w:sz w:val="28"/>
              <w:szCs w:val="28"/>
              <w:lang w:val="tr-TR" w:eastAsia="tr-TR"/>
            </w:rPr>
            <w:t>PLANI FORMU</w:t>
          </w:r>
        </w:p>
      </w:tc>
      <w:tc>
        <w:tcPr>
          <w:tcW w:w="18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22FBE45" w14:textId="77777777" w:rsidR="00FF7F79" w:rsidRPr="00F007E7" w:rsidRDefault="00FF7F79" w:rsidP="00FF7F7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 w:rsidRPr="00F007E7"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Doküman No</w:t>
          </w:r>
        </w:p>
      </w:tc>
      <w:tc>
        <w:tcPr>
          <w:tcW w:w="18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CA34F1C" w14:textId="3F4A40BD" w:rsidR="00FF7F79" w:rsidRPr="00F007E7" w:rsidRDefault="00FF7F79" w:rsidP="00FF7F7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BÜKAK.FRM.92</w:t>
          </w:r>
        </w:p>
      </w:tc>
    </w:tr>
    <w:tr w:rsidR="00FF7F79" w:rsidRPr="00F007E7" w14:paraId="66E2DC9A" w14:textId="77777777" w:rsidTr="00605DB4">
      <w:trPr>
        <w:trHeight w:val="278"/>
      </w:trPr>
      <w:tc>
        <w:tcPr>
          <w:tcW w:w="198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3794B76" w14:textId="77777777" w:rsidR="00FF7F79" w:rsidRPr="00F007E7" w:rsidRDefault="00FF7F79" w:rsidP="00FF7F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79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F509368" w14:textId="77777777" w:rsidR="00FF7F79" w:rsidRPr="00F007E7" w:rsidRDefault="00FF7F79" w:rsidP="00FF7F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18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133D6B2" w14:textId="77777777" w:rsidR="00FF7F79" w:rsidRPr="00F007E7" w:rsidRDefault="00FF7F79" w:rsidP="00FF7F7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 w:rsidRPr="00F007E7"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Yayım Tarihi</w:t>
          </w:r>
        </w:p>
      </w:tc>
      <w:tc>
        <w:tcPr>
          <w:tcW w:w="18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CC0434E" w14:textId="77777777" w:rsidR="00FF7F79" w:rsidRPr="00F007E7" w:rsidRDefault="00FF7F79" w:rsidP="00FF7F7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10.06.2026</w:t>
          </w:r>
        </w:p>
      </w:tc>
    </w:tr>
    <w:tr w:rsidR="00FF7F79" w:rsidRPr="00F007E7" w14:paraId="73FB865E" w14:textId="77777777" w:rsidTr="00605DB4">
      <w:trPr>
        <w:trHeight w:val="225"/>
      </w:trPr>
      <w:tc>
        <w:tcPr>
          <w:tcW w:w="198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835F4E9" w14:textId="77777777" w:rsidR="00FF7F79" w:rsidRPr="00F007E7" w:rsidRDefault="00FF7F79" w:rsidP="00FF7F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79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90156E0" w14:textId="77777777" w:rsidR="00FF7F79" w:rsidRPr="00F007E7" w:rsidRDefault="00FF7F79" w:rsidP="00FF7F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18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36EAD1D" w14:textId="77777777" w:rsidR="00FF7F79" w:rsidRPr="00F007E7" w:rsidRDefault="00FF7F79" w:rsidP="00FF7F7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 w:rsidRPr="00F007E7"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Revizyon Tarihi</w:t>
          </w:r>
        </w:p>
      </w:tc>
      <w:tc>
        <w:tcPr>
          <w:tcW w:w="18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7F3EDED" w14:textId="77777777" w:rsidR="00FF7F79" w:rsidRPr="00F007E7" w:rsidRDefault="00FF7F79" w:rsidP="00FF7F7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00.00.0000</w:t>
          </w:r>
        </w:p>
      </w:tc>
    </w:tr>
    <w:tr w:rsidR="00FF7F79" w:rsidRPr="00F007E7" w14:paraId="71EB27FE" w14:textId="77777777" w:rsidTr="00605DB4">
      <w:trPr>
        <w:trHeight w:val="225"/>
      </w:trPr>
      <w:tc>
        <w:tcPr>
          <w:tcW w:w="198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35ECC39" w14:textId="77777777" w:rsidR="00FF7F79" w:rsidRPr="00F007E7" w:rsidRDefault="00FF7F79" w:rsidP="00FF7F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79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6CD54CA" w14:textId="77777777" w:rsidR="00FF7F79" w:rsidRPr="00F007E7" w:rsidRDefault="00FF7F79" w:rsidP="00FF7F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18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E3A980E" w14:textId="77777777" w:rsidR="00FF7F79" w:rsidRPr="00F007E7" w:rsidRDefault="00FF7F79" w:rsidP="00FF7F7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 w:rsidRPr="00F007E7"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Revizyon No</w:t>
          </w:r>
        </w:p>
      </w:tc>
      <w:tc>
        <w:tcPr>
          <w:tcW w:w="18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8E846A6" w14:textId="77777777" w:rsidR="00FF7F79" w:rsidRPr="00F007E7" w:rsidRDefault="00FF7F79" w:rsidP="00FF7F7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00</w:t>
          </w:r>
        </w:p>
      </w:tc>
    </w:tr>
    <w:tr w:rsidR="00FF7F79" w:rsidRPr="00F007E7" w14:paraId="22E4C573" w14:textId="77777777" w:rsidTr="00605DB4">
      <w:trPr>
        <w:trHeight w:val="278"/>
      </w:trPr>
      <w:tc>
        <w:tcPr>
          <w:tcW w:w="198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56A255F" w14:textId="77777777" w:rsidR="00FF7F79" w:rsidRPr="00F007E7" w:rsidRDefault="00FF7F79" w:rsidP="00FF7F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79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4288F25" w14:textId="77777777" w:rsidR="00FF7F79" w:rsidRPr="00F007E7" w:rsidRDefault="00FF7F79" w:rsidP="00FF7F7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Arial" w:eastAsia="Arial" w:hAnsi="Arial" w:cs="Arial"/>
              <w:color w:val="000000"/>
              <w:sz w:val="20"/>
              <w:szCs w:val="20"/>
              <w:lang w:val="tr-TR" w:eastAsia="tr-TR"/>
            </w:rPr>
          </w:pPr>
        </w:p>
      </w:tc>
      <w:tc>
        <w:tcPr>
          <w:tcW w:w="184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3084BEC" w14:textId="77777777" w:rsidR="00FF7F79" w:rsidRPr="00F007E7" w:rsidRDefault="00FF7F79" w:rsidP="00FF7F7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 w:rsidRPr="00F007E7"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  <w:t>Sayfa</w:t>
          </w:r>
        </w:p>
      </w:tc>
      <w:tc>
        <w:tcPr>
          <w:tcW w:w="188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055492B" w14:textId="77777777" w:rsidR="00FF7F79" w:rsidRPr="00F007E7" w:rsidRDefault="00FF7F79" w:rsidP="00FF7F7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Arial" w:hAnsi="Times New Roman" w:cs="Times New Roman"/>
              <w:color w:val="000000"/>
              <w:sz w:val="18"/>
              <w:szCs w:val="18"/>
              <w:lang w:val="tr-TR" w:eastAsia="tr-TR"/>
            </w:rPr>
          </w:pPr>
          <w:r w:rsidRPr="00F007E7">
            <w:rPr>
              <w:rFonts w:ascii="Times New Roman" w:eastAsia="Arial" w:hAnsi="Times New Roman" w:cs="Times New Roman"/>
              <w:color w:val="595959"/>
              <w:sz w:val="18"/>
              <w:szCs w:val="18"/>
              <w:lang w:val="tr-TR" w:eastAsia="tr-TR"/>
            </w:rPr>
            <w:fldChar w:fldCharType="begin"/>
          </w:r>
          <w:r w:rsidRPr="00F007E7">
            <w:rPr>
              <w:rFonts w:ascii="Times New Roman" w:eastAsia="Arial" w:hAnsi="Times New Roman" w:cs="Times New Roman"/>
              <w:sz w:val="18"/>
              <w:szCs w:val="18"/>
              <w:lang w:val="tr-TR" w:eastAsia="tr-TR"/>
            </w:rPr>
            <w:instrText>PAGE</w:instrText>
          </w:r>
          <w:r w:rsidRPr="00F007E7">
            <w:rPr>
              <w:rFonts w:ascii="Times New Roman" w:eastAsia="Arial" w:hAnsi="Times New Roman" w:cs="Times New Roman"/>
              <w:color w:val="595959"/>
              <w:sz w:val="18"/>
              <w:szCs w:val="18"/>
              <w:lang w:val="tr-TR" w:eastAsia="tr-TR"/>
            </w:rPr>
            <w:fldChar w:fldCharType="separate"/>
          </w:r>
          <w:r w:rsidRPr="00F007E7">
            <w:rPr>
              <w:rFonts w:ascii="Times New Roman" w:eastAsia="Arial" w:hAnsi="Times New Roman" w:cs="Times New Roman"/>
              <w:noProof/>
              <w:sz w:val="18"/>
              <w:szCs w:val="18"/>
              <w:lang w:val="tr-TR" w:eastAsia="tr-TR"/>
            </w:rPr>
            <w:t>14</w:t>
          </w:r>
          <w:r w:rsidRPr="00F007E7">
            <w:rPr>
              <w:rFonts w:ascii="Times New Roman" w:eastAsia="Arial" w:hAnsi="Times New Roman" w:cs="Times New Roman"/>
              <w:color w:val="595959"/>
              <w:sz w:val="18"/>
              <w:szCs w:val="18"/>
              <w:lang w:val="tr-TR" w:eastAsia="tr-TR"/>
            </w:rPr>
            <w:fldChar w:fldCharType="end"/>
          </w:r>
          <w:r w:rsidRPr="00F007E7">
            <w:rPr>
              <w:rFonts w:ascii="Times New Roman" w:eastAsia="Arial" w:hAnsi="Times New Roman" w:cs="Times New Roman"/>
              <w:sz w:val="18"/>
              <w:szCs w:val="18"/>
              <w:lang w:val="tr-TR" w:eastAsia="tr-TR"/>
            </w:rPr>
            <w:t xml:space="preserve"> / </w:t>
          </w:r>
          <w:r w:rsidRPr="00F007E7">
            <w:rPr>
              <w:rFonts w:ascii="Times New Roman" w:eastAsia="Arial" w:hAnsi="Times New Roman" w:cs="Times New Roman"/>
              <w:color w:val="595959"/>
              <w:sz w:val="18"/>
              <w:szCs w:val="18"/>
              <w:lang w:val="tr-TR" w:eastAsia="tr-TR"/>
            </w:rPr>
            <w:fldChar w:fldCharType="begin"/>
          </w:r>
          <w:r w:rsidRPr="00F007E7">
            <w:rPr>
              <w:rFonts w:ascii="Times New Roman" w:eastAsia="Arial" w:hAnsi="Times New Roman" w:cs="Times New Roman"/>
              <w:sz w:val="18"/>
              <w:szCs w:val="18"/>
              <w:lang w:val="tr-TR" w:eastAsia="tr-TR"/>
            </w:rPr>
            <w:instrText>NUMPAGES</w:instrText>
          </w:r>
          <w:r w:rsidRPr="00F007E7">
            <w:rPr>
              <w:rFonts w:ascii="Times New Roman" w:eastAsia="Arial" w:hAnsi="Times New Roman" w:cs="Times New Roman"/>
              <w:color w:val="595959"/>
              <w:sz w:val="18"/>
              <w:szCs w:val="18"/>
              <w:lang w:val="tr-TR" w:eastAsia="tr-TR"/>
            </w:rPr>
            <w:fldChar w:fldCharType="separate"/>
          </w:r>
          <w:r w:rsidRPr="00F007E7">
            <w:rPr>
              <w:rFonts w:ascii="Times New Roman" w:eastAsia="Arial" w:hAnsi="Times New Roman" w:cs="Times New Roman"/>
              <w:noProof/>
              <w:sz w:val="18"/>
              <w:szCs w:val="18"/>
              <w:lang w:val="tr-TR" w:eastAsia="tr-TR"/>
            </w:rPr>
            <w:t>16</w:t>
          </w:r>
          <w:r w:rsidRPr="00F007E7">
            <w:rPr>
              <w:rFonts w:ascii="Times New Roman" w:eastAsia="Arial" w:hAnsi="Times New Roman" w:cs="Times New Roman"/>
              <w:color w:val="595959"/>
              <w:sz w:val="18"/>
              <w:szCs w:val="18"/>
              <w:lang w:val="tr-TR" w:eastAsia="tr-TR"/>
            </w:rPr>
            <w:fldChar w:fldCharType="end"/>
          </w:r>
        </w:p>
      </w:tc>
    </w:tr>
  </w:tbl>
  <w:p w14:paraId="69022711" w14:textId="77777777" w:rsidR="00FF7F79" w:rsidRDefault="00FF7F7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81C"/>
    <w:rsid w:val="000169E0"/>
    <w:rsid w:val="00034616"/>
    <w:rsid w:val="000406DA"/>
    <w:rsid w:val="0006063C"/>
    <w:rsid w:val="000F5A6D"/>
    <w:rsid w:val="0015074B"/>
    <w:rsid w:val="00224DAE"/>
    <w:rsid w:val="0029639D"/>
    <w:rsid w:val="002D37A7"/>
    <w:rsid w:val="00326F90"/>
    <w:rsid w:val="00344F14"/>
    <w:rsid w:val="00605DB4"/>
    <w:rsid w:val="00655DC5"/>
    <w:rsid w:val="00671460"/>
    <w:rsid w:val="00871F7C"/>
    <w:rsid w:val="00AA1D8D"/>
    <w:rsid w:val="00B4617E"/>
    <w:rsid w:val="00B47730"/>
    <w:rsid w:val="00B810F8"/>
    <w:rsid w:val="00BE131D"/>
    <w:rsid w:val="00C00B13"/>
    <w:rsid w:val="00C3257A"/>
    <w:rsid w:val="00C5240A"/>
    <w:rsid w:val="00CB0664"/>
    <w:rsid w:val="00E4514F"/>
    <w:rsid w:val="00E703A0"/>
    <w:rsid w:val="00F0419A"/>
    <w:rsid w:val="00F54618"/>
    <w:rsid w:val="00FC693F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D3DC72E"/>
  <w14:defaultImageDpi w14:val="300"/>
  <w15:docId w15:val="{F1D3852C-CA2D-461D-9753-F7D3E0FC5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5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694</Words>
  <Characters>3962</Characters>
  <Application>Microsoft Office Word</Application>
  <DocSecurity>0</DocSecurity>
  <Lines>33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4647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Baskent</cp:lastModifiedBy>
  <cp:revision>17</cp:revision>
  <cp:lastPrinted>2026-09-29T10:56:00Z</cp:lastPrinted>
  <dcterms:created xsi:type="dcterms:W3CDTF">2026-06-10T08:50:00Z</dcterms:created>
  <dcterms:modified xsi:type="dcterms:W3CDTF">2026-09-29T12:07:00Z</dcterms:modified>
  <cp:category/>
</cp:coreProperties>
</file>